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AA" w:rsidRDefault="000209AA" w:rsidP="000209AA">
      <w:pPr>
        <w:spacing w:after="0"/>
        <w:jc w:val="center"/>
        <w:rPr>
          <w:rFonts w:hint="eastAsia"/>
          <w:b/>
          <w:color w:val="000000" w:themeColor="text1"/>
          <w:sz w:val="22"/>
          <w:lang w:val="hr-HR"/>
        </w:rPr>
      </w:pPr>
    </w:p>
    <w:p w:rsidR="000209AA" w:rsidRDefault="000209AA" w:rsidP="000209AA">
      <w:pPr>
        <w:spacing w:after="0"/>
        <w:jc w:val="center"/>
        <w:rPr>
          <w:rFonts w:hint="eastAsia"/>
          <w:b/>
          <w:color w:val="000000" w:themeColor="text1"/>
          <w:sz w:val="22"/>
          <w:lang w:val="hr-HR"/>
        </w:rPr>
      </w:pPr>
      <w:r>
        <w:rPr>
          <w:b/>
          <w:noProof/>
          <w:color w:val="000000" w:themeColor="text1"/>
          <w:sz w:val="22"/>
          <w:lang w:val="hr-HR" w:eastAsia="hr-HR"/>
        </w:rPr>
        <w:drawing>
          <wp:inline distT="0" distB="0" distL="0" distR="0">
            <wp:extent cx="685800" cy="904875"/>
            <wp:effectExtent l="0" t="0" r="0" b="0"/>
            <wp:docPr id="1" name="Slika 1" descr="C:\Users\Procelnik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celnik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3F" w:rsidRPr="000209AA" w:rsidRDefault="00BC2731" w:rsidP="000209AA">
      <w:pPr>
        <w:spacing w:after="0"/>
        <w:jc w:val="center"/>
        <w:rPr>
          <w:rFonts w:hint="eastAsia"/>
          <w:color w:val="000000" w:themeColor="text1"/>
          <w:lang w:val="hr-HR"/>
        </w:rPr>
      </w:pPr>
      <w:r w:rsidRPr="000209AA">
        <w:rPr>
          <w:b/>
          <w:color w:val="000000" w:themeColor="text1"/>
          <w:sz w:val="22"/>
          <w:lang w:val="hr-HR"/>
        </w:rPr>
        <w:t>OPĆINA ORIOVAC</w:t>
      </w:r>
    </w:p>
    <w:p w:rsidR="00B96E3F" w:rsidRDefault="00BC2731" w:rsidP="000B49B5">
      <w:pPr>
        <w:spacing w:after="0"/>
        <w:jc w:val="center"/>
        <w:rPr>
          <w:color w:val="000000" w:themeColor="text1"/>
          <w:lang w:val="hr-HR"/>
        </w:rPr>
      </w:pPr>
      <w:r w:rsidRPr="000209AA">
        <w:rPr>
          <w:b/>
          <w:color w:val="000000" w:themeColor="text1"/>
          <w:sz w:val="32"/>
          <w:lang w:val="hr-HR"/>
        </w:rPr>
        <w:t>PRIJEDLOG ZA DODJELU JAVNOG PRIZNANJA</w:t>
      </w:r>
    </w:p>
    <w:p w:rsidR="000B49B5" w:rsidRPr="000209AA" w:rsidRDefault="000B49B5" w:rsidP="000B49B5">
      <w:pPr>
        <w:spacing w:after="0"/>
        <w:jc w:val="center"/>
        <w:rPr>
          <w:rFonts w:hint="eastAsia"/>
          <w:color w:val="000000" w:themeColor="text1"/>
          <w:lang w:val="hr-HR"/>
        </w:rPr>
      </w:pP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6628"/>
      </w:tblGrid>
      <w:tr w:rsidR="000209AA" w:rsidRPr="000209AA" w:rsidTr="000209AA">
        <w:trPr>
          <w:jc w:val="center"/>
        </w:trPr>
        <w:tc>
          <w:tcPr>
            <w:tcW w:w="10200" w:type="dxa"/>
            <w:gridSpan w:val="2"/>
            <w:shd w:val="clear" w:color="auto" w:fill="D9D9D9" w:themeFill="background1" w:themeFillShade="D9"/>
            <w:tcMar>
              <w:top w:w="110" w:type="dxa"/>
              <w:left w:w="120" w:type="dxa"/>
              <w:bottom w:w="110" w:type="dxa"/>
              <w:right w:w="120" w:type="dxa"/>
            </w:tcMar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lang w:val="hr-HR"/>
              </w:rPr>
              <w:t>1. JAVNO PRIZNANJE</w:t>
            </w:r>
          </w:p>
        </w:tc>
      </w:tr>
      <w:tr w:rsidR="000209AA" w:rsidRPr="000209AA" w:rsidTr="000209AA">
        <w:trPr>
          <w:trHeight w:val="680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0209AA" w:rsidRPr="000209AA" w:rsidRDefault="00BC2731" w:rsidP="000209AA">
            <w:pPr>
              <w:rPr>
                <w:rFonts w:hint="eastAsia"/>
                <w:b/>
                <w:color w:val="000000" w:themeColor="text1"/>
                <w:sz w:val="19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Naziv javnog priznanja*</w:t>
            </w:r>
          </w:p>
          <w:p w:rsidR="000209AA" w:rsidRPr="000209AA" w:rsidRDefault="000209AA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595959" w:themeColor="text1" w:themeTint="A6"/>
                <w:sz w:val="18"/>
                <w:lang w:val="hr-HR"/>
              </w:rPr>
              <w:t>Upisati jednu vrstu priznanja iz članka 4. Odluke.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96E3F" w:rsidP="000209AA">
            <w:pPr>
              <w:rPr>
                <w:rFonts w:hint="eastAsia"/>
                <w:color w:val="000000" w:themeColor="text1"/>
                <w:lang w:val="hr-HR"/>
              </w:rPr>
            </w:pPr>
          </w:p>
        </w:tc>
      </w:tr>
      <w:tr w:rsidR="000209AA" w:rsidRPr="000209AA" w:rsidTr="000B49B5">
        <w:trPr>
          <w:jc w:val="center"/>
        </w:trPr>
        <w:tc>
          <w:tcPr>
            <w:tcW w:w="10200" w:type="dxa"/>
            <w:gridSpan w:val="2"/>
            <w:shd w:val="clear" w:color="auto" w:fill="D9D9D9" w:themeFill="background1" w:themeFillShade="D9"/>
            <w:tcMar>
              <w:top w:w="110" w:type="dxa"/>
              <w:left w:w="120" w:type="dxa"/>
              <w:bottom w:w="110" w:type="dxa"/>
              <w:right w:w="120" w:type="dxa"/>
            </w:tcMar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lang w:val="hr-HR"/>
              </w:rPr>
              <w:t>2. PODACI O PREDLOŽENOM KANDIDATU</w:t>
            </w:r>
          </w:p>
        </w:tc>
      </w:tr>
      <w:tr w:rsidR="000209AA" w:rsidRPr="000209AA" w:rsidTr="000209AA">
        <w:trPr>
          <w:trHeight w:val="680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Ime i prezime / naziv*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96E3F" w:rsidP="000209AA">
            <w:pPr>
              <w:rPr>
                <w:rFonts w:hint="eastAsia"/>
                <w:color w:val="000000" w:themeColor="text1"/>
                <w:lang w:val="hr-HR"/>
              </w:rPr>
            </w:pPr>
          </w:p>
        </w:tc>
      </w:tr>
      <w:tr w:rsidR="000209AA" w:rsidRPr="000209AA" w:rsidTr="000209AA">
        <w:trPr>
          <w:trHeight w:val="680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Adresa prebivališta / sjedišta*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96E3F" w:rsidP="000209AA">
            <w:pPr>
              <w:rPr>
                <w:rFonts w:hint="eastAsia"/>
                <w:color w:val="000000" w:themeColor="text1"/>
                <w:lang w:val="hr-HR"/>
              </w:rPr>
            </w:pPr>
          </w:p>
        </w:tc>
      </w:tr>
      <w:tr w:rsidR="000209AA" w:rsidRPr="000209AA" w:rsidTr="000209AA">
        <w:trPr>
          <w:trHeight w:val="624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Način dodjele*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>☐ za života     ☐ posmrtno</w:t>
            </w:r>
          </w:p>
        </w:tc>
      </w:tr>
      <w:tr w:rsidR="000209AA" w:rsidRPr="000209AA" w:rsidTr="000209AA">
        <w:trPr>
          <w:trHeight w:val="1928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b/>
                <w:color w:val="000000" w:themeColor="text1"/>
                <w:sz w:val="19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Životopis / osnovni podaci o kandidatu*</w:t>
            </w:r>
          </w:p>
          <w:p w:rsidR="000209AA" w:rsidRPr="000209AA" w:rsidRDefault="000209AA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595959" w:themeColor="text1" w:themeTint="A6"/>
                <w:sz w:val="18"/>
                <w:lang w:val="hr-HR"/>
              </w:rPr>
              <w:t>Navesti relevantne podatke o radu, djelovanju i postignućima.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>.</w:t>
            </w:r>
          </w:p>
        </w:tc>
      </w:tr>
      <w:tr w:rsidR="000209AA" w:rsidRPr="000209AA" w:rsidTr="000209AA">
        <w:trPr>
          <w:jc w:val="center"/>
        </w:trPr>
        <w:tc>
          <w:tcPr>
            <w:tcW w:w="10200" w:type="dxa"/>
            <w:gridSpan w:val="2"/>
            <w:shd w:val="clear" w:color="auto" w:fill="D9D9D9" w:themeFill="background1" w:themeFillShade="D9"/>
            <w:tcMar>
              <w:top w:w="95" w:type="dxa"/>
              <w:left w:w="120" w:type="dxa"/>
              <w:bottom w:w="95" w:type="dxa"/>
              <w:right w:w="120" w:type="dxa"/>
            </w:tcMar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PODACI ZA POSMRTNU DODJELU — popuniti ako su poznati</w:t>
            </w:r>
          </w:p>
        </w:tc>
      </w:tr>
      <w:tr w:rsidR="000209AA" w:rsidRPr="000209AA" w:rsidTr="000209AA">
        <w:trPr>
          <w:trHeight w:val="567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Ime i prezime člana obitelji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 xml:space="preserve"> </w:t>
            </w:r>
          </w:p>
        </w:tc>
      </w:tr>
      <w:tr w:rsidR="000209AA" w:rsidRPr="000209AA" w:rsidTr="000209AA">
        <w:trPr>
          <w:trHeight w:val="567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Srodstvo s kandidatom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 xml:space="preserve"> </w:t>
            </w:r>
          </w:p>
        </w:tc>
      </w:tr>
      <w:tr w:rsidR="000209AA" w:rsidRPr="000209AA" w:rsidTr="000209AA">
        <w:trPr>
          <w:trHeight w:val="567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Telefon / e-pošta člana obitelji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 xml:space="preserve"> </w:t>
            </w:r>
          </w:p>
        </w:tc>
      </w:tr>
      <w:tr w:rsidR="000209AA" w:rsidRPr="000209AA" w:rsidTr="000209AA">
        <w:trPr>
          <w:jc w:val="center"/>
        </w:trPr>
        <w:tc>
          <w:tcPr>
            <w:tcW w:w="10200" w:type="dxa"/>
            <w:gridSpan w:val="2"/>
            <w:shd w:val="clear" w:color="auto" w:fill="D9D9D9" w:themeFill="background1" w:themeFillShade="D9"/>
            <w:tcMar>
              <w:top w:w="110" w:type="dxa"/>
              <w:left w:w="120" w:type="dxa"/>
              <w:bottom w:w="110" w:type="dxa"/>
              <w:right w:w="120" w:type="dxa"/>
            </w:tcMar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lang w:val="hr-HR"/>
              </w:rPr>
              <w:t>3. OBRAZLOŽENJE PRIJEDLOGA</w:t>
            </w:r>
          </w:p>
        </w:tc>
      </w:tr>
      <w:tr w:rsidR="000209AA" w:rsidRPr="000209AA">
        <w:trPr>
          <w:jc w:val="center"/>
        </w:trPr>
        <w:tc>
          <w:tcPr>
            <w:tcW w:w="10200" w:type="dxa"/>
            <w:gridSpan w:val="2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B96E3F" w:rsidRPr="000209AA" w:rsidRDefault="00BC2731" w:rsidP="000209AA">
            <w:pPr>
              <w:rPr>
                <w:rFonts w:hint="eastAsia"/>
                <w:color w:val="595959" w:themeColor="text1" w:themeTint="A6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Obrazloženje prijedloga</w:t>
            </w:r>
            <w:r w:rsidRPr="000209AA">
              <w:rPr>
                <w:b/>
                <w:color w:val="595959" w:themeColor="text1" w:themeTint="A6"/>
                <w:sz w:val="19"/>
                <w:lang w:val="hr-HR"/>
              </w:rPr>
              <w:t>*</w:t>
            </w:r>
            <w:r w:rsidR="000209AA" w:rsidRPr="000209AA">
              <w:rPr>
                <w:color w:val="595959" w:themeColor="text1" w:themeTint="A6"/>
                <w:sz w:val="18"/>
                <w:lang w:val="hr-HR"/>
              </w:rPr>
              <w:t xml:space="preserve"> (</w:t>
            </w:r>
            <w:r w:rsidRPr="000209AA">
              <w:rPr>
                <w:color w:val="595959" w:themeColor="text1" w:themeTint="A6"/>
                <w:sz w:val="18"/>
                <w:lang w:val="hr-HR"/>
              </w:rPr>
              <w:t>opisati uspjehe, zasluge, rezultate i doprinos zbog kojih se kandidat predlaže te ih povezati s uvjetima za odabrano priznanje</w:t>
            </w:r>
            <w:r w:rsidR="000209AA" w:rsidRPr="000209AA">
              <w:rPr>
                <w:color w:val="595959" w:themeColor="text1" w:themeTint="A6"/>
                <w:sz w:val="18"/>
                <w:lang w:val="hr-HR"/>
              </w:rPr>
              <w:t>)</w:t>
            </w:r>
          </w:p>
          <w:p w:rsidR="00B96E3F" w:rsidRPr="000209AA" w:rsidRDefault="00B96E3F" w:rsidP="000209AA">
            <w:pPr>
              <w:spacing w:after="40"/>
              <w:rPr>
                <w:rFonts w:hint="eastAsia"/>
                <w:color w:val="595959" w:themeColor="text1" w:themeTint="A6"/>
                <w:sz w:val="18"/>
                <w:lang w:val="hr-HR"/>
              </w:rPr>
            </w:pPr>
          </w:p>
          <w:p w:rsidR="000209AA" w:rsidRPr="000209AA" w:rsidRDefault="000209AA" w:rsidP="000209AA">
            <w:pPr>
              <w:spacing w:after="40"/>
              <w:rPr>
                <w:rFonts w:hint="eastAsia"/>
                <w:color w:val="000000" w:themeColor="text1"/>
                <w:sz w:val="18"/>
                <w:lang w:val="hr-HR"/>
              </w:rPr>
            </w:pPr>
          </w:p>
          <w:p w:rsidR="000209AA" w:rsidRPr="000209AA" w:rsidRDefault="000209AA" w:rsidP="000209AA">
            <w:pPr>
              <w:spacing w:after="40"/>
              <w:rPr>
                <w:rFonts w:hint="eastAsia"/>
                <w:color w:val="000000" w:themeColor="text1"/>
                <w:sz w:val="18"/>
                <w:lang w:val="hr-HR"/>
              </w:rPr>
            </w:pPr>
          </w:p>
          <w:p w:rsidR="000209AA" w:rsidRPr="000209AA" w:rsidRDefault="000209AA" w:rsidP="000209AA">
            <w:pPr>
              <w:spacing w:after="40"/>
              <w:rPr>
                <w:rFonts w:hint="eastAsia"/>
                <w:color w:val="000000" w:themeColor="text1"/>
                <w:sz w:val="18"/>
                <w:lang w:val="hr-HR"/>
              </w:rPr>
            </w:pPr>
          </w:p>
          <w:p w:rsidR="000209AA" w:rsidRPr="000209AA" w:rsidRDefault="000209AA" w:rsidP="000209AA">
            <w:pPr>
              <w:spacing w:after="40"/>
              <w:rPr>
                <w:rFonts w:hint="eastAsia"/>
                <w:color w:val="000000" w:themeColor="text1"/>
                <w:sz w:val="18"/>
                <w:lang w:val="hr-HR"/>
              </w:rPr>
            </w:pPr>
          </w:p>
          <w:p w:rsidR="000209AA" w:rsidRPr="000209AA" w:rsidRDefault="000209AA" w:rsidP="000209AA">
            <w:pPr>
              <w:spacing w:after="40"/>
              <w:rPr>
                <w:rFonts w:hint="eastAsia"/>
                <w:color w:val="000000" w:themeColor="text1"/>
                <w:sz w:val="18"/>
                <w:lang w:val="hr-HR"/>
              </w:rPr>
            </w:pPr>
          </w:p>
          <w:p w:rsidR="000209AA" w:rsidRPr="000209AA" w:rsidRDefault="000209AA" w:rsidP="000209AA">
            <w:pPr>
              <w:spacing w:after="40"/>
              <w:rPr>
                <w:rFonts w:hint="eastAsia"/>
                <w:color w:val="000000" w:themeColor="text1"/>
                <w:sz w:val="18"/>
                <w:lang w:val="hr-HR"/>
              </w:rPr>
            </w:pPr>
          </w:p>
          <w:p w:rsidR="000209AA" w:rsidRPr="000209AA" w:rsidRDefault="000209AA" w:rsidP="000209AA">
            <w:pPr>
              <w:spacing w:after="40"/>
              <w:rPr>
                <w:rFonts w:hint="eastAsia"/>
                <w:color w:val="000000" w:themeColor="text1"/>
                <w:sz w:val="18"/>
                <w:lang w:val="hr-HR"/>
              </w:rPr>
            </w:pPr>
          </w:p>
          <w:p w:rsidR="000209AA" w:rsidRPr="000209AA" w:rsidRDefault="000209AA" w:rsidP="000209AA">
            <w:pPr>
              <w:spacing w:after="40"/>
              <w:rPr>
                <w:rFonts w:hint="eastAsia"/>
                <w:color w:val="000000" w:themeColor="text1"/>
                <w:lang w:val="hr-HR"/>
              </w:rPr>
            </w:pPr>
          </w:p>
        </w:tc>
      </w:tr>
      <w:tr w:rsidR="000209AA" w:rsidRPr="000209AA" w:rsidTr="000209AA">
        <w:trPr>
          <w:jc w:val="center"/>
        </w:trPr>
        <w:tc>
          <w:tcPr>
            <w:tcW w:w="10200" w:type="dxa"/>
            <w:gridSpan w:val="2"/>
            <w:shd w:val="clear" w:color="auto" w:fill="D9D9D9" w:themeFill="background1" w:themeFillShade="D9"/>
            <w:tcMar>
              <w:top w:w="110" w:type="dxa"/>
              <w:left w:w="120" w:type="dxa"/>
              <w:bottom w:w="110" w:type="dxa"/>
              <w:right w:w="120" w:type="dxa"/>
            </w:tcMar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lang w:val="hr-HR"/>
              </w:rPr>
              <w:lastRenderedPageBreak/>
              <w:t>4. PODACI O PREDLAGATELJU</w:t>
            </w:r>
          </w:p>
        </w:tc>
      </w:tr>
      <w:tr w:rsidR="000209AA" w:rsidRPr="000209AA" w:rsidTr="000209AA">
        <w:trPr>
          <w:trHeight w:val="567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Ime i prezime / naziv*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 xml:space="preserve"> </w:t>
            </w:r>
          </w:p>
        </w:tc>
      </w:tr>
      <w:tr w:rsidR="000209AA" w:rsidRPr="000209AA" w:rsidTr="000209AA">
        <w:trPr>
          <w:trHeight w:val="567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Adresa / sjedište*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 xml:space="preserve"> </w:t>
            </w:r>
          </w:p>
        </w:tc>
      </w:tr>
      <w:tr w:rsidR="000209AA" w:rsidRPr="000209AA" w:rsidTr="000209AA">
        <w:trPr>
          <w:trHeight w:val="567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Telefon / mobitel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 xml:space="preserve"> </w:t>
            </w:r>
          </w:p>
        </w:tc>
      </w:tr>
      <w:tr w:rsidR="000209AA" w:rsidRPr="000209AA" w:rsidTr="000209AA">
        <w:trPr>
          <w:trHeight w:val="567"/>
          <w:jc w:val="center"/>
        </w:trPr>
        <w:tc>
          <w:tcPr>
            <w:tcW w:w="3572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9"/>
                <w:lang w:val="hr-HR"/>
              </w:rPr>
              <w:t>Adresa elektroničke pošte</w:t>
            </w:r>
          </w:p>
        </w:tc>
        <w:tc>
          <w:tcPr>
            <w:tcW w:w="5783" w:type="dxa"/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 xml:space="preserve"> </w:t>
            </w:r>
          </w:p>
        </w:tc>
      </w:tr>
      <w:tr w:rsidR="000209AA" w:rsidRPr="000209AA" w:rsidTr="000209AA">
        <w:trPr>
          <w:jc w:val="center"/>
        </w:trPr>
        <w:tc>
          <w:tcPr>
            <w:tcW w:w="10200" w:type="dxa"/>
            <w:gridSpan w:val="2"/>
            <w:shd w:val="clear" w:color="auto" w:fill="D9D9D9" w:themeFill="background1" w:themeFillShade="D9"/>
            <w:tcMar>
              <w:top w:w="110" w:type="dxa"/>
              <w:left w:w="120" w:type="dxa"/>
              <w:bottom w:w="110" w:type="dxa"/>
              <w:right w:w="120" w:type="dxa"/>
            </w:tcMar>
          </w:tcPr>
          <w:p w:rsidR="00B96E3F" w:rsidRPr="000209AA" w:rsidRDefault="00BC2731" w:rsidP="000209AA">
            <w:pPr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lang w:val="hr-HR"/>
              </w:rPr>
              <w:t>5. OBAVIJEST I IZJAVA O OBRADI OSOBNIH PODATAKA</w:t>
            </w:r>
          </w:p>
        </w:tc>
      </w:tr>
      <w:tr w:rsidR="00B96E3F" w:rsidRPr="000209AA">
        <w:trPr>
          <w:jc w:val="center"/>
        </w:trPr>
        <w:tc>
          <w:tcPr>
            <w:tcW w:w="10200" w:type="dxa"/>
            <w:gridSpan w:val="2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B96E3F" w:rsidRPr="000209AA" w:rsidRDefault="00BC2731" w:rsidP="000209AA">
            <w:pPr>
              <w:spacing w:after="100"/>
              <w:jc w:val="both"/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7"/>
                <w:lang w:val="hr-HR"/>
              </w:rPr>
              <w:t>Općina Oriovac, kao voditelj obrade, obrađuje osobne podatke navedene u ovom obrascu u svrhu provedbe postupka dodjele javnih priznanja Općine Oriovac.</w:t>
            </w:r>
          </w:p>
          <w:p w:rsidR="00B96E3F" w:rsidRPr="000209AA" w:rsidRDefault="00BC2731" w:rsidP="000209AA">
            <w:pPr>
              <w:spacing w:after="100"/>
              <w:jc w:val="both"/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7"/>
                <w:lang w:val="hr-HR"/>
              </w:rPr>
              <w:t>Jedinstveni upravni odjel Općine Oriovac postupat će s osobnim podacima u skladu s Odlukom o javnim priznanjima Općine Oriovac</w:t>
            </w:r>
            <w:r w:rsidR="000209AA" w:rsidRPr="000209AA">
              <w:rPr>
                <w:color w:val="000000" w:themeColor="text1"/>
                <w:sz w:val="17"/>
                <w:lang w:val="hr-HR"/>
              </w:rPr>
              <w:t xml:space="preserve"> (</w:t>
            </w:r>
            <w:r w:rsidR="000B49B5">
              <w:rPr>
                <w:color w:val="000000" w:themeColor="text1"/>
                <w:sz w:val="17"/>
                <w:lang w:val="hr-HR"/>
              </w:rPr>
              <w:t>„</w:t>
            </w:r>
            <w:r w:rsidR="000209AA" w:rsidRPr="000209AA">
              <w:rPr>
                <w:color w:val="000000" w:themeColor="text1"/>
                <w:sz w:val="17"/>
                <w:lang w:val="hr-HR"/>
              </w:rPr>
              <w:t>Službeni vjesnik Općine Oriovac</w:t>
            </w:r>
            <w:r w:rsidR="000B49B5">
              <w:rPr>
                <w:color w:val="000000" w:themeColor="text1"/>
                <w:sz w:val="17"/>
                <w:lang w:val="hr-HR"/>
              </w:rPr>
              <w:t>“</w:t>
            </w:r>
            <w:bookmarkStart w:id="0" w:name="_GoBack"/>
            <w:bookmarkEnd w:id="0"/>
            <w:r w:rsidR="000209AA" w:rsidRPr="000209AA">
              <w:rPr>
                <w:color w:val="000000" w:themeColor="text1"/>
                <w:sz w:val="17"/>
                <w:lang w:val="hr-HR"/>
              </w:rPr>
              <w:t xml:space="preserve"> br. 27/26)</w:t>
            </w:r>
            <w:r w:rsidRPr="000209AA">
              <w:rPr>
                <w:color w:val="000000" w:themeColor="text1"/>
                <w:sz w:val="17"/>
                <w:lang w:val="hr-HR"/>
              </w:rPr>
              <w:t xml:space="preserve"> i propisima kojima se uređuje zaštita osobnih podataka. Podaci će se koristiti samo u navedenu svrhu i čuvati u skladu s propisima o uredskom poslovanju i rokovima čuvanja dokumentarnog gradiva.</w:t>
            </w:r>
          </w:p>
          <w:p w:rsidR="00B96E3F" w:rsidRPr="000209AA" w:rsidRDefault="00BC2731" w:rsidP="000209AA">
            <w:pPr>
              <w:spacing w:after="100"/>
              <w:jc w:val="both"/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7"/>
                <w:lang w:val="hr-HR"/>
              </w:rPr>
              <w:t>Potpisom obrasca potvrđujem da sam ovu obavijest pročitao/la i razumio/la te da sam upoznat/a s obradom osobnih podataka u navedenu svrhu. Potvrđujem i da sam osobe čije podatke navodim u obrascu, ako je primjenjivo, upoznao/la s dostavljanjem njihovih podataka Općini Oriovac.</w:t>
            </w:r>
          </w:p>
          <w:p w:rsidR="00B96E3F" w:rsidRPr="000209AA" w:rsidRDefault="00BC2731" w:rsidP="000209AA">
            <w:pPr>
              <w:spacing w:before="60"/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8"/>
                <w:lang w:val="hr-HR"/>
              </w:rPr>
              <w:t>☐  Potvrđujem da sam pročitao/la i razumio/la obavijest o obradi osobnih podataka.</w:t>
            </w:r>
          </w:p>
        </w:tc>
      </w:tr>
    </w:tbl>
    <w:p w:rsidR="00B96E3F" w:rsidRPr="000209AA" w:rsidRDefault="00B96E3F" w:rsidP="000209AA">
      <w:pPr>
        <w:rPr>
          <w:rFonts w:hint="eastAsia"/>
          <w:color w:val="000000" w:themeColor="text1"/>
          <w:lang w:val="hr-H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0209AA" w:rsidRPr="000209AA">
        <w:trPr>
          <w:jc w:val="center"/>
        </w:trPr>
        <w:tc>
          <w:tcPr>
            <w:tcW w:w="5100" w:type="dxa"/>
          </w:tcPr>
          <w:p w:rsidR="00B96E3F" w:rsidRPr="000209AA" w:rsidRDefault="00BC2731" w:rsidP="000209AA">
            <w:pPr>
              <w:jc w:val="center"/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8"/>
                <w:lang w:val="hr-HR"/>
              </w:rPr>
              <w:t>Mjesto i datum</w:t>
            </w:r>
          </w:p>
        </w:tc>
        <w:tc>
          <w:tcPr>
            <w:tcW w:w="5100" w:type="dxa"/>
          </w:tcPr>
          <w:p w:rsidR="00B96E3F" w:rsidRPr="000209AA" w:rsidRDefault="00BC2731" w:rsidP="000209AA">
            <w:pPr>
              <w:jc w:val="center"/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b/>
                <w:color w:val="000000" w:themeColor="text1"/>
                <w:sz w:val="18"/>
                <w:lang w:val="hr-HR"/>
              </w:rPr>
              <w:t>Potpis predlagatelja / ovlaštene osobe</w:t>
            </w:r>
          </w:p>
        </w:tc>
      </w:tr>
      <w:tr w:rsidR="000209AA" w:rsidRPr="000209AA">
        <w:trPr>
          <w:jc w:val="center"/>
        </w:trPr>
        <w:tc>
          <w:tcPr>
            <w:tcW w:w="5100" w:type="dxa"/>
          </w:tcPr>
          <w:p w:rsidR="00B96E3F" w:rsidRPr="000209AA" w:rsidRDefault="00BC2731" w:rsidP="000209AA">
            <w:pPr>
              <w:jc w:val="center"/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lang w:val="hr-HR"/>
              </w:rPr>
              <w:t>________________________________</w:t>
            </w:r>
          </w:p>
        </w:tc>
        <w:tc>
          <w:tcPr>
            <w:tcW w:w="5100" w:type="dxa"/>
          </w:tcPr>
          <w:p w:rsidR="00B96E3F" w:rsidRPr="000209AA" w:rsidRDefault="00BC2731" w:rsidP="000209AA">
            <w:pPr>
              <w:jc w:val="center"/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lang w:val="hr-HR"/>
              </w:rPr>
              <w:t>________________________________</w:t>
            </w:r>
          </w:p>
        </w:tc>
      </w:tr>
      <w:tr w:rsidR="000209AA" w:rsidRPr="000209AA">
        <w:trPr>
          <w:jc w:val="center"/>
        </w:trPr>
        <w:tc>
          <w:tcPr>
            <w:tcW w:w="5100" w:type="dxa"/>
          </w:tcPr>
          <w:p w:rsidR="00B96E3F" w:rsidRPr="000209AA" w:rsidRDefault="00B96E3F" w:rsidP="000209AA">
            <w:pPr>
              <w:jc w:val="center"/>
              <w:rPr>
                <w:rFonts w:hint="eastAsia"/>
                <w:color w:val="000000" w:themeColor="text1"/>
                <w:lang w:val="hr-HR"/>
              </w:rPr>
            </w:pPr>
          </w:p>
        </w:tc>
        <w:tc>
          <w:tcPr>
            <w:tcW w:w="5100" w:type="dxa"/>
          </w:tcPr>
          <w:p w:rsidR="00B96E3F" w:rsidRPr="000209AA" w:rsidRDefault="00BC2731" w:rsidP="000209AA">
            <w:pPr>
              <w:jc w:val="center"/>
              <w:rPr>
                <w:rFonts w:hint="eastAsia"/>
                <w:color w:val="000000" w:themeColor="text1"/>
                <w:lang w:val="hr-HR"/>
              </w:rPr>
            </w:pPr>
            <w:r w:rsidRPr="000209AA">
              <w:rPr>
                <w:color w:val="000000" w:themeColor="text1"/>
                <w:sz w:val="18"/>
                <w:lang w:val="hr-HR"/>
              </w:rPr>
              <w:t>Ime i prezime: __________________________</w:t>
            </w:r>
          </w:p>
        </w:tc>
      </w:tr>
    </w:tbl>
    <w:p w:rsidR="000209AA" w:rsidRPr="000209AA" w:rsidRDefault="000209AA" w:rsidP="000209AA">
      <w:pPr>
        <w:spacing w:before="140" w:after="40"/>
        <w:rPr>
          <w:rFonts w:hint="eastAsia"/>
          <w:b/>
          <w:color w:val="000000" w:themeColor="text1"/>
          <w:sz w:val="17"/>
          <w:lang w:val="hr-HR"/>
        </w:rPr>
      </w:pPr>
    </w:p>
    <w:p w:rsidR="000209AA" w:rsidRDefault="000209AA" w:rsidP="000209AA">
      <w:pPr>
        <w:spacing w:before="140" w:after="40"/>
        <w:rPr>
          <w:rFonts w:hint="eastAsia"/>
          <w:b/>
          <w:color w:val="000000" w:themeColor="text1"/>
          <w:sz w:val="17"/>
          <w:lang w:val="hr-HR"/>
        </w:rPr>
      </w:pPr>
    </w:p>
    <w:p w:rsidR="000209AA" w:rsidRDefault="000209AA" w:rsidP="000209AA">
      <w:pPr>
        <w:spacing w:before="140" w:after="40"/>
        <w:rPr>
          <w:rFonts w:hint="eastAsia"/>
          <w:b/>
          <w:color w:val="000000" w:themeColor="text1"/>
          <w:sz w:val="17"/>
          <w:lang w:val="hr-HR"/>
        </w:rPr>
      </w:pPr>
    </w:p>
    <w:p w:rsidR="000209AA" w:rsidRDefault="000209AA" w:rsidP="000209AA">
      <w:pPr>
        <w:spacing w:before="140" w:after="40"/>
        <w:rPr>
          <w:rFonts w:hint="eastAsia"/>
          <w:b/>
          <w:color w:val="000000" w:themeColor="text1"/>
          <w:sz w:val="17"/>
          <w:lang w:val="hr-HR"/>
        </w:rPr>
      </w:pPr>
    </w:p>
    <w:p w:rsidR="000209AA" w:rsidRDefault="000209AA" w:rsidP="000209AA">
      <w:pPr>
        <w:spacing w:before="140" w:after="40"/>
        <w:rPr>
          <w:rFonts w:hint="eastAsia"/>
          <w:b/>
          <w:color w:val="000000" w:themeColor="text1"/>
          <w:sz w:val="17"/>
          <w:lang w:val="hr-HR"/>
        </w:rPr>
      </w:pPr>
    </w:p>
    <w:p w:rsidR="000209AA" w:rsidRPr="000209AA" w:rsidRDefault="000209AA" w:rsidP="000209AA">
      <w:pPr>
        <w:spacing w:before="140" w:after="40"/>
        <w:rPr>
          <w:rFonts w:hint="eastAsia"/>
          <w:b/>
          <w:color w:val="000000" w:themeColor="text1"/>
          <w:sz w:val="17"/>
          <w:lang w:val="hr-HR"/>
        </w:rPr>
      </w:pPr>
    </w:p>
    <w:p w:rsidR="000209AA" w:rsidRPr="000209AA" w:rsidRDefault="000209AA" w:rsidP="000209AA">
      <w:pPr>
        <w:spacing w:before="140" w:after="40"/>
        <w:rPr>
          <w:rFonts w:hint="eastAsia"/>
          <w:b/>
          <w:color w:val="000000" w:themeColor="text1"/>
          <w:sz w:val="17"/>
          <w:lang w:val="hr-HR"/>
        </w:rPr>
      </w:pPr>
    </w:p>
    <w:p w:rsidR="00B96E3F" w:rsidRPr="000209AA" w:rsidRDefault="00BC2731" w:rsidP="000209AA">
      <w:pPr>
        <w:spacing w:before="140" w:after="40"/>
        <w:rPr>
          <w:rFonts w:hint="eastAsia"/>
          <w:color w:val="000000" w:themeColor="text1"/>
          <w:lang w:val="hr-HR"/>
        </w:rPr>
      </w:pPr>
      <w:r w:rsidRPr="000209AA">
        <w:rPr>
          <w:b/>
          <w:color w:val="000000" w:themeColor="text1"/>
          <w:sz w:val="17"/>
          <w:lang w:val="hr-HR"/>
        </w:rPr>
        <w:t>NAPOMENA</w:t>
      </w:r>
    </w:p>
    <w:p w:rsidR="00B96E3F" w:rsidRPr="000209AA" w:rsidRDefault="00BC2731" w:rsidP="000209AA">
      <w:pPr>
        <w:spacing w:after="40"/>
        <w:rPr>
          <w:rFonts w:hint="eastAsia"/>
          <w:color w:val="000000" w:themeColor="text1"/>
          <w:lang w:val="hr-HR"/>
        </w:rPr>
      </w:pPr>
      <w:r w:rsidRPr="000209AA">
        <w:rPr>
          <w:color w:val="000000" w:themeColor="text1"/>
          <w:sz w:val="16"/>
          <w:lang w:val="hr-HR"/>
        </w:rPr>
        <w:t>Polja označena zvjezdico</w:t>
      </w:r>
      <w:r w:rsidR="000B49B5">
        <w:rPr>
          <w:color w:val="000000" w:themeColor="text1"/>
          <w:sz w:val="16"/>
          <w:lang w:val="hr-HR"/>
        </w:rPr>
        <w:t>m (*) obvezna su prema članku 13</w:t>
      </w:r>
      <w:r w:rsidRPr="000209AA">
        <w:rPr>
          <w:color w:val="000000" w:themeColor="text1"/>
          <w:sz w:val="16"/>
          <w:lang w:val="hr-HR"/>
        </w:rPr>
        <w:t>. Odluke. Nepotpuni ili neuredni prijedlozi neće se razmatrati ako nisu dopunjeni u roku od osam dana.</w:t>
      </w:r>
    </w:p>
    <w:p w:rsidR="00B96E3F" w:rsidRPr="000209AA" w:rsidRDefault="00BC2731" w:rsidP="000209AA">
      <w:pPr>
        <w:rPr>
          <w:rFonts w:hint="eastAsia"/>
          <w:color w:val="000000" w:themeColor="text1"/>
          <w:lang w:val="hr-HR"/>
        </w:rPr>
      </w:pPr>
      <w:r w:rsidRPr="000209AA">
        <w:rPr>
          <w:color w:val="000000" w:themeColor="text1"/>
          <w:sz w:val="16"/>
          <w:lang w:val="hr-HR"/>
        </w:rPr>
        <w:t>Redovni prijedlog podnosi se najkasnije do 31. siječnja tekuće godine za prethodnu kalendarsku godinu: elektroničkom poštom na opcinaoriovac@gmail.com ili poštom na adresu Općina Oriovac, Trg hrvatskog preporoda 1, 35250 Oriovac. Iznimna dodjela izvan roka moguća je pod uvjetima propisanim Odlukom.</w:t>
      </w:r>
    </w:p>
    <w:sectPr w:rsidR="00B96E3F" w:rsidRPr="000209AA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5A9" w:rsidRDefault="000745A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745A9" w:rsidRDefault="000745A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3F" w:rsidRDefault="00B96E3F">
    <w:pPr>
      <w:pStyle w:val="Podnoje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5A9" w:rsidRDefault="000745A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0745A9" w:rsidRDefault="000745A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09AA"/>
    <w:rsid w:val="00034616"/>
    <w:rsid w:val="0006063C"/>
    <w:rsid w:val="000745A9"/>
    <w:rsid w:val="000B49B5"/>
    <w:rsid w:val="0015074B"/>
    <w:rsid w:val="0029639D"/>
    <w:rsid w:val="00326F90"/>
    <w:rsid w:val="00AA1D8D"/>
    <w:rsid w:val="00B47730"/>
    <w:rsid w:val="00B96E3F"/>
    <w:rsid w:val="00BC273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BD875D2-1F9F-4257-89D0-BFA315A7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4B063B-2912-407C-8F34-3D1002E9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2429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Procelnik</cp:lastModifiedBy>
  <cp:revision>3</cp:revision>
  <dcterms:created xsi:type="dcterms:W3CDTF">2026-07-20T12:20:00Z</dcterms:created>
  <dcterms:modified xsi:type="dcterms:W3CDTF">2026-07-20T12:42:00Z</dcterms:modified>
  <cp:category/>
</cp:coreProperties>
</file>