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4B66" w:rsidRPr="009C7C6A" w:rsidRDefault="009C7C6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C6A">
        <w:rPr>
          <w:rFonts w:ascii="Times New Roman" w:hAnsi="Times New Roman" w:cs="Times New Roman"/>
          <w:sz w:val="24"/>
          <w:szCs w:val="24"/>
        </w:rPr>
        <w:t xml:space="preserve">Na temelju članka 32. Statuta Općine Oriovac („Službeni vjesnik Općine Oriovac“, broj 13/24), Općinsko vijeće Općine Oriovac </w:t>
      </w:r>
      <w:proofErr w:type="gramStart"/>
      <w:r w:rsidRPr="009C7C6A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9C7C6A">
        <w:rPr>
          <w:rFonts w:ascii="Times New Roman" w:hAnsi="Times New Roman" w:cs="Times New Roman"/>
          <w:sz w:val="24"/>
          <w:szCs w:val="24"/>
        </w:rPr>
        <w:t xml:space="preserve"> 12. </w:t>
      </w:r>
      <w:proofErr w:type="gramStart"/>
      <w:r w:rsidRPr="009C7C6A">
        <w:rPr>
          <w:rFonts w:ascii="Times New Roman" w:hAnsi="Times New Roman" w:cs="Times New Roman"/>
          <w:sz w:val="24"/>
          <w:szCs w:val="24"/>
        </w:rPr>
        <w:t>sjednici</w:t>
      </w:r>
      <w:proofErr w:type="gramEnd"/>
      <w:r w:rsidRPr="009C7C6A">
        <w:rPr>
          <w:rFonts w:ascii="Times New Roman" w:hAnsi="Times New Roman" w:cs="Times New Roman"/>
          <w:sz w:val="24"/>
          <w:szCs w:val="24"/>
        </w:rPr>
        <w:t xml:space="preserve"> održanoj 28. </w:t>
      </w:r>
      <w:proofErr w:type="gramStart"/>
      <w:r w:rsidRPr="009C7C6A">
        <w:rPr>
          <w:rFonts w:ascii="Times New Roman" w:hAnsi="Times New Roman" w:cs="Times New Roman"/>
          <w:sz w:val="24"/>
          <w:szCs w:val="24"/>
        </w:rPr>
        <w:t>rujna</w:t>
      </w:r>
      <w:proofErr w:type="gramEnd"/>
      <w:r w:rsidRPr="009C7C6A">
        <w:rPr>
          <w:rFonts w:ascii="Times New Roman" w:hAnsi="Times New Roman" w:cs="Times New Roman"/>
          <w:sz w:val="24"/>
          <w:szCs w:val="24"/>
        </w:rPr>
        <w:t xml:space="preserve"> 2026. </w:t>
      </w:r>
      <w:proofErr w:type="gramStart"/>
      <w:r w:rsidRPr="009C7C6A">
        <w:rPr>
          <w:rFonts w:ascii="Times New Roman" w:hAnsi="Times New Roman" w:cs="Times New Roman"/>
          <w:sz w:val="24"/>
          <w:szCs w:val="24"/>
        </w:rPr>
        <w:t>godine</w:t>
      </w:r>
      <w:proofErr w:type="gramEnd"/>
      <w:r w:rsidRPr="009C7C6A">
        <w:rPr>
          <w:rFonts w:ascii="Times New Roman" w:hAnsi="Times New Roman" w:cs="Times New Roman"/>
          <w:sz w:val="24"/>
          <w:szCs w:val="24"/>
        </w:rPr>
        <w:t xml:space="preserve"> donijelo je</w:t>
      </w:r>
    </w:p>
    <w:p w:rsidR="003E4B66" w:rsidRPr="009C7C6A" w:rsidRDefault="009C7C6A">
      <w:pPr>
        <w:spacing w:after="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7C6A">
        <w:rPr>
          <w:rFonts w:ascii="Times New Roman" w:hAnsi="Times New Roman" w:cs="Times New Roman"/>
          <w:b/>
          <w:sz w:val="24"/>
          <w:szCs w:val="24"/>
        </w:rPr>
        <w:t>ODLUKU</w:t>
      </w:r>
    </w:p>
    <w:p w:rsidR="003E4B66" w:rsidRPr="009C7C6A" w:rsidRDefault="009C7C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C7C6A">
        <w:rPr>
          <w:rFonts w:ascii="Times New Roman" w:hAnsi="Times New Roman" w:cs="Times New Roman"/>
          <w:b/>
          <w:sz w:val="24"/>
          <w:szCs w:val="24"/>
        </w:rPr>
        <w:t>o</w:t>
      </w:r>
      <w:proofErr w:type="gramEnd"/>
      <w:r w:rsidRPr="009C7C6A">
        <w:rPr>
          <w:rFonts w:ascii="Times New Roman" w:hAnsi="Times New Roman" w:cs="Times New Roman"/>
          <w:b/>
          <w:sz w:val="24"/>
          <w:szCs w:val="24"/>
        </w:rPr>
        <w:t xml:space="preserve"> sufinanciranju troškova boravka djece s područja Općine Oriovac</w:t>
      </w:r>
    </w:p>
    <w:p w:rsidR="003E4B66" w:rsidRPr="009C7C6A" w:rsidRDefault="009C7C6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C7C6A">
        <w:rPr>
          <w:rFonts w:ascii="Times New Roman" w:hAnsi="Times New Roman" w:cs="Times New Roman"/>
          <w:b/>
          <w:sz w:val="24"/>
          <w:szCs w:val="24"/>
        </w:rPr>
        <w:t>u</w:t>
      </w:r>
      <w:proofErr w:type="gramEnd"/>
      <w:r w:rsidRPr="009C7C6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C7C6A">
        <w:rPr>
          <w:rFonts w:ascii="Times New Roman" w:hAnsi="Times New Roman" w:cs="Times New Roman"/>
          <w:b/>
          <w:sz w:val="24"/>
          <w:szCs w:val="24"/>
        </w:rPr>
        <w:t>obrtu</w:t>
      </w:r>
      <w:proofErr w:type="spellEnd"/>
      <w:r w:rsidRPr="009C7C6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C7C6A"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r w:rsidRPr="009C7C6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C7C6A">
        <w:rPr>
          <w:rFonts w:ascii="Times New Roman" w:hAnsi="Times New Roman" w:cs="Times New Roman"/>
          <w:b/>
          <w:sz w:val="24"/>
          <w:szCs w:val="24"/>
        </w:rPr>
        <w:t>čuvanje</w:t>
      </w:r>
      <w:proofErr w:type="spellEnd"/>
      <w:r w:rsidRPr="009C7C6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C7C6A">
        <w:rPr>
          <w:rFonts w:ascii="Times New Roman" w:hAnsi="Times New Roman" w:cs="Times New Roman"/>
          <w:b/>
          <w:sz w:val="24"/>
          <w:szCs w:val="24"/>
        </w:rPr>
        <w:t>djece</w:t>
      </w:r>
      <w:proofErr w:type="spellEnd"/>
      <w:r w:rsidRPr="009C7C6A">
        <w:rPr>
          <w:rFonts w:ascii="Times New Roman" w:hAnsi="Times New Roman" w:cs="Times New Roman"/>
          <w:b/>
          <w:sz w:val="24"/>
          <w:szCs w:val="24"/>
        </w:rPr>
        <w:t xml:space="preserve"> „</w:t>
      </w:r>
      <w:proofErr w:type="spellStart"/>
      <w:r w:rsidRPr="009C7C6A">
        <w:rPr>
          <w:rFonts w:ascii="Times New Roman" w:hAnsi="Times New Roman" w:cs="Times New Roman"/>
          <w:b/>
          <w:sz w:val="24"/>
          <w:szCs w:val="24"/>
        </w:rPr>
        <w:t>Sunčica</w:t>
      </w:r>
      <w:proofErr w:type="spellEnd"/>
      <w:r w:rsidRPr="009C7C6A">
        <w:rPr>
          <w:rFonts w:ascii="Times New Roman" w:hAnsi="Times New Roman" w:cs="Times New Roman"/>
          <w:b/>
          <w:sz w:val="24"/>
          <w:szCs w:val="24"/>
        </w:rPr>
        <w:t xml:space="preserve">“ </w:t>
      </w:r>
      <w:proofErr w:type="spellStart"/>
      <w:r w:rsidRPr="009C7C6A">
        <w:rPr>
          <w:rFonts w:ascii="Times New Roman" w:hAnsi="Times New Roman" w:cs="Times New Roman"/>
          <w:b/>
          <w:sz w:val="24"/>
          <w:szCs w:val="24"/>
        </w:rPr>
        <w:t>Oriovac</w:t>
      </w:r>
      <w:proofErr w:type="spellEnd"/>
      <w:r w:rsidRPr="009C7C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03CAA">
        <w:rPr>
          <w:rFonts w:ascii="Times New Roman" w:hAnsi="Times New Roman" w:cs="Times New Roman"/>
          <w:b/>
          <w:sz w:val="24"/>
          <w:szCs w:val="24"/>
        </w:rPr>
        <w:t xml:space="preserve">u 2026. </w:t>
      </w:r>
      <w:proofErr w:type="spellStart"/>
      <w:proofErr w:type="gramStart"/>
      <w:r w:rsidR="00103CAA">
        <w:rPr>
          <w:rFonts w:ascii="Times New Roman" w:hAnsi="Times New Roman" w:cs="Times New Roman"/>
          <w:b/>
          <w:sz w:val="24"/>
          <w:szCs w:val="24"/>
        </w:rPr>
        <w:t>godini</w:t>
      </w:r>
      <w:proofErr w:type="spellEnd"/>
      <w:proofErr w:type="gramEnd"/>
    </w:p>
    <w:p w:rsidR="003E4B66" w:rsidRPr="009C7C6A" w:rsidRDefault="009C7C6A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7C6A">
        <w:rPr>
          <w:rFonts w:ascii="Times New Roman" w:hAnsi="Times New Roman" w:cs="Times New Roman"/>
          <w:b/>
          <w:sz w:val="24"/>
          <w:szCs w:val="24"/>
        </w:rPr>
        <w:t>Članak 1.</w:t>
      </w:r>
    </w:p>
    <w:p w:rsidR="003E4B66" w:rsidRPr="009C7C6A" w:rsidRDefault="009C7C6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C6A">
        <w:rPr>
          <w:rFonts w:ascii="Times New Roman" w:hAnsi="Times New Roman" w:cs="Times New Roman"/>
          <w:sz w:val="24"/>
          <w:szCs w:val="24"/>
        </w:rPr>
        <w:t>1) Ovom Odlukom uređuju se uvjeti, način i visina sufinanciranja troškova boravka djece s područja Općine Oriovac u obrtu za čuvanje djece „Sunčica</w:t>
      </w:r>
      <w:proofErr w:type="gramStart"/>
      <w:r w:rsidRPr="009C7C6A">
        <w:rPr>
          <w:rFonts w:ascii="Times New Roman" w:hAnsi="Times New Roman" w:cs="Times New Roman"/>
          <w:sz w:val="24"/>
          <w:szCs w:val="24"/>
        </w:rPr>
        <w:t>“ Oriovac</w:t>
      </w:r>
      <w:proofErr w:type="gramEnd"/>
      <w:r w:rsidRPr="009C7C6A">
        <w:rPr>
          <w:rFonts w:ascii="Times New Roman" w:hAnsi="Times New Roman" w:cs="Times New Roman"/>
          <w:sz w:val="24"/>
          <w:szCs w:val="24"/>
        </w:rPr>
        <w:t xml:space="preserve"> (u daljnjem tekstu: Obrt za čuvanje djece) za razdoblje od 1. </w:t>
      </w:r>
      <w:proofErr w:type="gramStart"/>
      <w:r w:rsidRPr="009C7C6A">
        <w:rPr>
          <w:rFonts w:ascii="Times New Roman" w:hAnsi="Times New Roman" w:cs="Times New Roman"/>
          <w:sz w:val="24"/>
          <w:szCs w:val="24"/>
        </w:rPr>
        <w:t>rujna</w:t>
      </w:r>
      <w:proofErr w:type="gramEnd"/>
      <w:r w:rsidRPr="009C7C6A">
        <w:rPr>
          <w:rFonts w:ascii="Times New Roman" w:hAnsi="Times New Roman" w:cs="Times New Roman"/>
          <w:sz w:val="24"/>
          <w:szCs w:val="24"/>
        </w:rPr>
        <w:t xml:space="preserve"> do 31. </w:t>
      </w:r>
      <w:proofErr w:type="gramStart"/>
      <w:r w:rsidRPr="009C7C6A">
        <w:rPr>
          <w:rFonts w:ascii="Times New Roman" w:hAnsi="Times New Roman" w:cs="Times New Roman"/>
          <w:sz w:val="24"/>
          <w:szCs w:val="24"/>
        </w:rPr>
        <w:t>prosinca</w:t>
      </w:r>
      <w:proofErr w:type="gramEnd"/>
      <w:r w:rsidRPr="009C7C6A">
        <w:rPr>
          <w:rFonts w:ascii="Times New Roman" w:hAnsi="Times New Roman" w:cs="Times New Roman"/>
          <w:sz w:val="24"/>
          <w:szCs w:val="24"/>
        </w:rPr>
        <w:t xml:space="preserve"> 2026. </w:t>
      </w:r>
      <w:proofErr w:type="gramStart"/>
      <w:r w:rsidRPr="009C7C6A">
        <w:rPr>
          <w:rFonts w:ascii="Times New Roman" w:hAnsi="Times New Roman" w:cs="Times New Roman"/>
          <w:sz w:val="24"/>
          <w:szCs w:val="24"/>
        </w:rPr>
        <w:t>godine</w:t>
      </w:r>
      <w:proofErr w:type="gramEnd"/>
      <w:r w:rsidRPr="009C7C6A">
        <w:rPr>
          <w:rFonts w:ascii="Times New Roman" w:hAnsi="Times New Roman" w:cs="Times New Roman"/>
          <w:sz w:val="24"/>
          <w:szCs w:val="24"/>
        </w:rPr>
        <w:t>.</w:t>
      </w:r>
    </w:p>
    <w:p w:rsidR="003E4B66" w:rsidRPr="009C7C6A" w:rsidRDefault="009C7C6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C6A">
        <w:rPr>
          <w:rFonts w:ascii="Times New Roman" w:hAnsi="Times New Roman" w:cs="Times New Roman"/>
          <w:sz w:val="24"/>
          <w:szCs w:val="24"/>
        </w:rPr>
        <w:t>2) Cijena usluge Obrta za čuvanje djece iznosi 400</w:t>
      </w:r>
      <w:proofErr w:type="gramStart"/>
      <w:r w:rsidRPr="009C7C6A">
        <w:rPr>
          <w:rFonts w:ascii="Times New Roman" w:hAnsi="Times New Roman" w:cs="Times New Roman"/>
          <w:sz w:val="24"/>
          <w:szCs w:val="24"/>
        </w:rPr>
        <w:t>,00</w:t>
      </w:r>
      <w:proofErr w:type="gramEnd"/>
      <w:r w:rsidRPr="009C7C6A">
        <w:rPr>
          <w:rFonts w:ascii="Times New Roman" w:hAnsi="Times New Roman" w:cs="Times New Roman"/>
          <w:sz w:val="24"/>
          <w:szCs w:val="24"/>
        </w:rPr>
        <w:t xml:space="preserve"> EUR mjesečno po djetetu.</w:t>
      </w:r>
    </w:p>
    <w:p w:rsidR="003E4B66" w:rsidRPr="009C7C6A" w:rsidRDefault="009C7C6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C6A">
        <w:rPr>
          <w:rFonts w:ascii="Times New Roman" w:hAnsi="Times New Roman" w:cs="Times New Roman"/>
          <w:sz w:val="24"/>
          <w:szCs w:val="24"/>
        </w:rPr>
        <w:t>3) Općina Oriovac sufinancira troškove boravka u iznosu od 240</w:t>
      </w:r>
      <w:proofErr w:type="gramStart"/>
      <w:r w:rsidRPr="009C7C6A">
        <w:rPr>
          <w:rFonts w:ascii="Times New Roman" w:hAnsi="Times New Roman" w:cs="Times New Roman"/>
          <w:sz w:val="24"/>
          <w:szCs w:val="24"/>
        </w:rPr>
        <w:t>,00</w:t>
      </w:r>
      <w:proofErr w:type="gramEnd"/>
      <w:r w:rsidRPr="009C7C6A">
        <w:rPr>
          <w:rFonts w:ascii="Times New Roman" w:hAnsi="Times New Roman" w:cs="Times New Roman"/>
          <w:sz w:val="24"/>
          <w:szCs w:val="24"/>
        </w:rPr>
        <w:t xml:space="preserve"> EUR mjesečno po djetetu, dok preostali iznos od 160,00 EUR mjesečno po djetetu snose roditelji odnosno skrbnici djeteta.</w:t>
      </w:r>
    </w:p>
    <w:p w:rsidR="003E4B66" w:rsidRPr="009C7C6A" w:rsidRDefault="009C7C6A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7C6A">
        <w:rPr>
          <w:rFonts w:ascii="Times New Roman" w:hAnsi="Times New Roman" w:cs="Times New Roman"/>
          <w:b/>
          <w:sz w:val="24"/>
          <w:szCs w:val="24"/>
        </w:rPr>
        <w:t>Članak 2.</w:t>
      </w:r>
    </w:p>
    <w:p w:rsidR="003E4B66" w:rsidRPr="009C7C6A" w:rsidRDefault="009C7C6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C6A">
        <w:rPr>
          <w:rFonts w:ascii="Times New Roman" w:hAnsi="Times New Roman" w:cs="Times New Roman"/>
          <w:sz w:val="24"/>
          <w:szCs w:val="24"/>
        </w:rPr>
        <w:t xml:space="preserve">1) Sufinanciranje troškova boravka djece provodit </w:t>
      </w:r>
      <w:proofErr w:type="gramStart"/>
      <w:r w:rsidRPr="009C7C6A">
        <w:rPr>
          <w:rFonts w:ascii="Times New Roman" w:hAnsi="Times New Roman" w:cs="Times New Roman"/>
          <w:sz w:val="24"/>
          <w:szCs w:val="24"/>
        </w:rPr>
        <w:t>će</w:t>
      </w:r>
      <w:proofErr w:type="gramEnd"/>
      <w:r w:rsidRPr="009C7C6A">
        <w:rPr>
          <w:rFonts w:ascii="Times New Roman" w:hAnsi="Times New Roman" w:cs="Times New Roman"/>
          <w:sz w:val="24"/>
          <w:szCs w:val="24"/>
        </w:rPr>
        <w:t xml:space="preserve"> se na temelju ugovora o sufinanciranju koji će Općina Oriovac sklopiti s Obrtom za čuvanje djece za razdoblje od 1. </w:t>
      </w:r>
      <w:proofErr w:type="gramStart"/>
      <w:r w:rsidRPr="009C7C6A">
        <w:rPr>
          <w:rFonts w:ascii="Times New Roman" w:hAnsi="Times New Roman" w:cs="Times New Roman"/>
          <w:sz w:val="24"/>
          <w:szCs w:val="24"/>
        </w:rPr>
        <w:t>rujna</w:t>
      </w:r>
      <w:proofErr w:type="gramEnd"/>
      <w:r w:rsidRPr="009C7C6A">
        <w:rPr>
          <w:rFonts w:ascii="Times New Roman" w:hAnsi="Times New Roman" w:cs="Times New Roman"/>
          <w:sz w:val="24"/>
          <w:szCs w:val="24"/>
        </w:rPr>
        <w:t xml:space="preserve"> do 31. </w:t>
      </w:r>
      <w:proofErr w:type="gramStart"/>
      <w:r w:rsidRPr="009C7C6A">
        <w:rPr>
          <w:rFonts w:ascii="Times New Roman" w:hAnsi="Times New Roman" w:cs="Times New Roman"/>
          <w:sz w:val="24"/>
          <w:szCs w:val="24"/>
        </w:rPr>
        <w:t>prosinca</w:t>
      </w:r>
      <w:proofErr w:type="gramEnd"/>
      <w:r w:rsidRPr="009C7C6A">
        <w:rPr>
          <w:rFonts w:ascii="Times New Roman" w:hAnsi="Times New Roman" w:cs="Times New Roman"/>
          <w:sz w:val="24"/>
          <w:szCs w:val="24"/>
        </w:rPr>
        <w:t xml:space="preserve"> 2026. </w:t>
      </w:r>
      <w:proofErr w:type="gramStart"/>
      <w:r w:rsidRPr="009C7C6A">
        <w:rPr>
          <w:rFonts w:ascii="Times New Roman" w:hAnsi="Times New Roman" w:cs="Times New Roman"/>
          <w:sz w:val="24"/>
          <w:szCs w:val="24"/>
        </w:rPr>
        <w:t>godine</w:t>
      </w:r>
      <w:proofErr w:type="gramEnd"/>
      <w:r w:rsidRPr="009C7C6A">
        <w:rPr>
          <w:rFonts w:ascii="Times New Roman" w:hAnsi="Times New Roman" w:cs="Times New Roman"/>
          <w:sz w:val="24"/>
          <w:szCs w:val="24"/>
        </w:rPr>
        <w:t>.</w:t>
      </w:r>
    </w:p>
    <w:p w:rsidR="009C7C6A" w:rsidRPr="009C7C6A" w:rsidRDefault="009C7C6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C6A">
        <w:rPr>
          <w:rFonts w:ascii="Times New Roman" w:hAnsi="Times New Roman" w:cs="Times New Roman"/>
          <w:sz w:val="24"/>
          <w:szCs w:val="24"/>
        </w:rPr>
        <w:t xml:space="preserve">2) Pravo </w:t>
      </w:r>
      <w:proofErr w:type="gramStart"/>
      <w:r w:rsidRPr="009C7C6A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9C7C6A">
        <w:rPr>
          <w:rFonts w:ascii="Times New Roman" w:hAnsi="Times New Roman" w:cs="Times New Roman"/>
          <w:sz w:val="24"/>
          <w:szCs w:val="24"/>
        </w:rPr>
        <w:t xml:space="preserve"> sufinanciranje ostvaruje se pod uvjetom da dijete i oba roditelja odnosno skrbnika imaju prebivalište na području Općine Oriovac. </w:t>
      </w:r>
    </w:p>
    <w:p w:rsidR="009C7C6A" w:rsidRPr="009C7C6A" w:rsidRDefault="009C7C6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C6A">
        <w:rPr>
          <w:rFonts w:ascii="Times New Roman" w:hAnsi="Times New Roman" w:cs="Times New Roman"/>
          <w:sz w:val="24"/>
          <w:szCs w:val="24"/>
        </w:rPr>
        <w:t xml:space="preserve">3) </w:t>
      </w:r>
      <w:proofErr w:type="spellStart"/>
      <w:r w:rsidRPr="009C7C6A">
        <w:rPr>
          <w:rFonts w:ascii="Times New Roman" w:hAnsi="Times New Roman" w:cs="Times New Roman"/>
          <w:sz w:val="24"/>
          <w:szCs w:val="24"/>
        </w:rPr>
        <w:t>Iznimno</w:t>
      </w:r>
      <w:proofErr w:type="spellEnd"/>
      <w:r w:rsidRPr="009C7C6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7C6A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9C7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C6A">
        <w:rPr>
          <w:rFonts w:ascii="Times New Roman" w:hAnsi="Times New Roman" w:cs="Times New Roman"/>
          <w:sz w:val="24"/>
          <w:szCs w:val="24"/>
        </w:rPr>
        <w:t>dijete</w:t>
      </w:r>
      <w:proofErr w:type="spellEnd"/>
      <w:r w:rsidRPr="009C7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C6A">
        <w:rPr>
          <w:rFonts w:ascii="Times New Roman" w:hAnsi="Times New Roman" w:cs="Times New Roman"/>
          <w:sz w:val="24"/>
          <w:szCs w:val="24"/>
        </w:rPr>
        <w:t>živi</w:t>
      </w:r>
      <w:proofErr w:type="spellEnd"/>
      <w:r w:rsidRPr="009C7C6A">
        <w:rPr>
          <w:rFonts w:ascii="Times New Roman" w:hAnsi="Times New Roman" w:cs="Times New Roman"/>
          <w:sz w:val="24"/>
          <w:szCs w:val="24"/>
        </w:rPr>
        <w:t xml:space="preserve"> samo s jednim roditeljem odnosno skrbnikom, uvjet prebivališta </w:t>
      </w:r>
      <w:proofErr w:type="gramStart"/>
      <w:r w:rsidRPr="009C7C6A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9C7C6A">
        <w:rPr>
          <w:rFonts w:ascii="Times New Roman" w:hAnsi="Times New Roman" w:cs="Times New Roman"/>
          <w:sz w:val="24"/>
          <w:szCs w:val="24"/>
        </w:rPr>
        <w:t xml:space="preserve"> području Općine Oriovac moraju ispunjavati dijete i roditelj odnosno skrbnik s kojim dijete živi. </w:t>
      </w:r>
    </w:p>
    <w:p w:rsidR="003E4B66" w:rsidRPr="009C7C6A" w:rsidRDefault="009C7C6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C6A">
        <w:rPr>
          <w:rFonts w:ascii="Times New Roman" w:hAnsi="Times New Roman" w:cs="Times New Roman"/>
          <w:sz w:val="24"/>
          <w:szCs w:val="24"/>
        </w:rPr>
        <w:t xml:space="preserve">4) </w:t>
      </w:r>
      <w:proofErr w:type="spellStart"/>
      <w:r w:rsidRPr="009C7C6A">
        <w:rPr>
          <w:rFonts w:ascii="Times New Roman" w:hAnsi="Times New Roman" w:cs="Times New Roman"/>
          <w:sz w:val="24"/>
          <w:szCs w:val="24"/>
        </w:rPr>
        <w:t>Roditelj</w:t>
      </w:r>
      <w:proofErr w:type="spellEnd"/>
      <w:r w:rsidRPr="009C7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C6A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Pr="009C7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C6A">
        <w:rPr>
          <w:rFonts w:ascii="Times New Roman" w:hAnsi="Times New Roman" w:cs="Times New Roman"/>
          <w:sz w:val="24"/>
          <w:szCs w:val="24"/>
        </w:rPr>
        <w:t>skrbnik</w:t>
      </w:r>
      <w:proofErr w:type="spellEnd"/>
      <w:r w:rsidRPr="009C7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C6A">
        <w:rPr>
          <w:rFonts w:ascii="Times New Roman" w:hAnsi="Times New Roman" w:cs="Times New Roman"/>
          <w:sz w:val="24"/>
          <w:szCs w:val="24"/>
        </w:rPr>
        <w:t>djeteta</w:t>
      </w:r>
      <w:proofErr w:type="spellEnd"/>
      <w:r w:rsidRPr="009C7C6A">
        <w:rPr>
          <w:rFonts w:ascii="Times New Roman" w:hAnsi="Times New Roman" w:cs="Times New Roman"/>
          <w:sz w:val="24"/>
          <w:szCs w:val="24"/>
        </w:rPr>
        <w:t xml:space="preserve"> mora imati sklopljen ugovor s Obrtom za čuvanje djece o korištenju usluge.</w:t>
      </w:r>
    </w:p>
    <w:p w:rsidR="003E4B66" w:rsidRPr="009C7C6A" w:rsidRDefault="009C7C6A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7C6A">
        <w:rPr>
          <w:rFonts w:ascii="Times New Roman" w:hAnsi="Times New Roman" w:cs="Times New Roman"/>
          <w:b/>
          <w:sz w:val="24"/>
          <w:szCs w:val="24"/>
        </w:rPr>
        <w:t>Članak 3.</w:t>
      </w:r>
    </w:p>
    <w:p w:rsidR="003E4B66" w:rsidRPr="009C7C6A" w:rsidRDefault="009C7C6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C6A">
        <w:rPr>
          <w:rFonts w:ascii="Times New Roman" w:hAnsi="Times New Roman" w:cs="Times New Roman"/>
          <w:sz w:val="24"/>
          <w:szCs w:val="24"/>
        </w:rPr>
        <w:t xml:space="preserve">1) Sufinanciranje se odobrava za djecu koja ispunjavaju uvjete propisane ovom Odlukom, u iznosu utvrđenom člankom 1. </w:t>
      </w:r>
      <w:proofErr w:type="gramStart"/>
      <w:r w:rsidRPr="009C7C6A">
        <w:rPr>
          <w:rFonts w:ascii="Times New Roman" w:hAnsi="Times New Roman" w:cs="Times New Roman"/>
          <w:sz w:val="24"/>
          <w:szCs w:val="24"/>
        </w:rPr>
        <w:t>ove</w:t>
      </w:r>
      <w:proofErr w:type="gramEnd"/>
      <w:r w:rsidRPr="009C7C6A">
        <w:rPr>
          <w:rFonts w:ascii="Times New Roman" w:hAnsi="Times New Roman" w:cs="Times New Roman"/>
          <w:sz w:val="24"/>
          <w:szCs w:val="24"/>
        </w:rPr>
        <w:t xml:space="preserve"> Odluke.</w:t>
      </w:r>
    </w:p>
    <w:p w:rsidR="003E4B66" w:rsidRPr="009C7C6A" w:rsidRDefault="009C7C6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C6A">
        <w:rPr>
          <w:rFonts w:ascii="Times New Roman" w:hAnsi="Times New Roman" w:cs="Times New Roman"/>
          <w:sz w:val="24"/>
          <w:szCs w:val="24"/>
        </w:rPr>
        <w:t xml:space="preserve">2) Broj djece korisnika sufinanciranja nije ovom Odlukom utvrđen kao fiksan, već se pravo ostvaruje prema stvarnom broju djece koja ispunjavaju uvjete iz članka 2. </w:t>
      </w:r>
      <w:proofErr w:type="spellStart"/>
      <w:proofErr w:type="gramStart"/>
      <w:r w:rsidRPr="009C7C6A">
        <w:rPr>
          <w:rFonts w:ascii="Times New Roman" w:hAnsi="Times New Roman" w:cs="Times New Roman"/>
          <w:sz w:val="24"/>
          <w:szCs w:val="24"/>
        </w:rPr>
        <w:t>ove</w:t>
      </w:r>
      <w:proofErr w:type="spellEnd"/>
      <w:proofErr w:type="gramEnd"/>
      <w:r w:rsidRPr="009C7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C6A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9C7C6A">
        <w:rPr>
          <w:rFonts w:ascii="Times New Roman" w:hAnsi="Times New Roman" w:cs="Times New Roman"/>
          <w:sz w:val="24"/>
          <w:szCs w:val="24"/>
        </w:rPr>
        <w:t>.</w:t>
      </w:r>
    </w:p>
    <w:p w:rsidR="003E4B66" w:rsidRPr="009C7C6A" w:rsidRDefault="009C7C6A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7C6A">
        <w:rPr>
          <w:rFonts w:ascii="Times New Roman" w:hAnsi="Times New Roman" w:cs="Times New Roman"/>
          <w:b/>
          <w:sz w:val="24"/>
          <w:szCs w:val="24"/>
        </w:rPr>
        <w:t>Članak 4.</w:t>
      </w:r>
    </w:p>
    <w:p w:rsidR="003E4B66" w:rsidRPr="009C7C6A" w:rsidRDefault="009C7C6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C6A">
        <w:rPr>
          <w:rFonts w:ascii="Times New Roman" w:hAnsi="Times New Roman" w:cs="Times New Roman"/>
          <w:sz w:val="24"/>
          <w:szCs w:val="24"/>
        </w:rPr>
        <w:t xml:space="preserve">Obrt za čuvanje djece dužan je Općini Oriovac, radi ostvarivanja prava </w:t>
      </w:r>
      <w:proofErr w:type="gramStart"/>
      <w:r w:rsidRPr="009C7C6A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9C7C6A">
        <w:rPr>
          <w:rFonts w:ascii="Times New Roman" w:hAnsi="Times New Roman" w:cs="Times New Roman"/>
          <w:sz w:val="24"/>
          <w:szCs w:val="24"/>
        </w:rPr>
        <w:t xml:space="preserve"> sufinanciranje, za svako dijete dostaviti dokaz o prebivalištu djeteta i roditelja odnosno </w:t>
      </w:r>
      <w:proofErr w:type="spellStart"/>
      <w:r w:rsidRPr="009C7C6A">
        <w:rPr>
          <w:rFonts w:ascii="Times New Roman" w:hAnsi="Times New Roman" w:cs="Times New Roman"/>
          <w:sz w:val="24"/>
          <w:szCs w:val="24"/>
        </w:rPr>
        <w:t>skrbnika</w:t>
      </w:r>
      <w:proofErr w:type="spellEnd"/>
      <w:r w:rsidRPr="009C7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C6A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9C7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C6A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9C7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C6A">
        <w:rPr>
          <w:rFonts w:ascii="Times New Roman" w:hAnsi="Times New Roman" w:cs="Times New Roman"/>
          <w:sz w:val="24"/>
          <w:szCs w:val="24"/>
        </w:rPr>
        <w:t>dužni</w:t>
      </w:r>
      <w:proofErr w:type="spellEnd"/>
      <w:r w:rsidRPr="009C7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C6A">
        <w:rPr>
          <w:rFonts w:ascii="Times New Roman" w:hAnsi="Times New Roman" w:cs="Times New Roman"/>
          <w:sz w:val="24"/>
          <w:szCs w:val="24"/>
        </w:rPr>
        <w:t>ispunjavati</w:t>
      </w:r>
      <w:proofErr w:type="spellEnd"/>
      <w:r w:rsidRPr="009C7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uvjet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prebivališta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članka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2. </w:t>
      </w:r>
      <w:proofErr w:type="gramStart"/>
      <w:r w:rsidRPr="009C7C6A">
        <w:rPr>
          <w:rFonts w:ascii="Times New Roman" w:hAnsi="Times New Roman" w:cs="Times New Roman"/>
          <w:sz w:val="24"/>
          <w:szCs w:val="24"/>
        </w:rPr>
        <w:t>ove</w:t>
      </w:r>
      <w:proofErr w:type="gramEnd"/>
      <w:r w:rsidRPr="009C7C6A">
        <w:rPr>
          <w:rFonts w:ascii="Times New Roman" w:hAnsi="Times New Roman" w:cs="Times New Roman"/>
          <w:sz w:val="24"/>
          <w:szCs w:val="24"/>
        </w:rPr>
        <w:t xml:space="preserve"> Odluke te presliku ugovora sklopljenog između Obrta za čuvanje djece i roditelja odnosno skrbnika djeteta.</w:t>
      </w:r>
    </w:p>
    <w:p w:rsidR="003E4B66" w:rsidRPr="009C7C6A" w:rsidRDefault="009C7C6A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7C6A">
        <w:rPr>
          <w:rFonts w:ascii="Times New Roman" w:hAnsi="Times New Roman" w:cs="Times New Roman"/>
          <w:b/>
          <w:sz w:val="24"/>
          <w:szCs w:val="24"/>
        </w:rPr>
        <w:t>Članak 5.</w:t>
      </w:r>
    </w:p>
    <w:p w:rsidR="003E4B66" w:rsidRPr="009C7C6A" w:rsidRDefault="009C7C6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C6A">
        <w:rPr>
          <w:rFonts w:ascii="Times New Roman" w:hAnsi="Times New Roman" w:cs="Times New Roman"/>
          <w:sz w:val="24"/>
          <w:szCs w:val="24"/>
        </w:rPr>
        <w:t xml:space="preserve">1) Obrt za čuvanje djece dužan je bez odgode obavijestiti Općinu Oriovac o svakoj promjeni cijene usluge, kao i o drugim okolnostima koje mogu utjecati </w:t>
      </w:r>
      <w:proofErr w:type="gramStart"/>
      <w:r w:rsidRPr="009C7C6A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9C7C6A">
        <w:rPr>
          <w:rFonts w:ascii="Times New Roman" w:hAnsi="Times New Roman" w:cs="Times New Roman"/>
          <w:sz w:val="24"/>
          <w:szCs w:val="24"/>
        </w:rPr>
        <w:t xml:space="preserve"> ostvarivanje prava ili visinu sufinanciranja.</w:t>
      </w:r>
    </w:p>
    <w:p w:rsidR="003E4B66" w:rsidRPr="009C7C6A" w:rsidRDefault="009C7C6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C6A">
        <w:rPr>
          <w:rFonts w:ascii="Times New Roman" w:hAnsi="Times New Roman" w:cs="Times New Roman"/>
          <w:sz w:val="24"/>
          <w:szCs w:val="24"/>
        </w:rPr>
        <w:t xml:space="preserve">2) U slučaju promjene cijene usluge, iznosa sufinanciranja </w:t>
      </w:r>
      <w:proofErr w:type="gramStart"/>
      <w:r w:rsidRPr="009C7C6A">
        <w:rPr>
          <w:rFonts w:ascii="Times New Roman" w:hAnsi="Times New Roman" w:cs="Times New Roman"/>
          <w:sz w:val="24"/>
          <w:szCs w:val="24"/>
        </w:rPr>
        <w:t>ili</w:t>
      </w:r>
      <w:proofErr w:type="gramEnd"/>
      <w:r w:rsidRPr="009C7C6A">
        <w:rPr>
          <w:rFonts w:ascii="Times New Roman" w:hAnsi="Times New Roman" w:cs="Times New Roman"/>
          <w:sz w:val="24"/>
          <w:szCs w:val="24"/>
        </w:rPr>
        <w:t xml:space="preserve"> drugih uvjeta utvrđenih ovom Odlukom, odgovarajuće izmjene uredit će se odlukom o izmjenama i dopunama ove Odluke.</w:t>
      </w:r>
    </w:p>
    <w:p w:rsidR="003E4B66" w:rsidRPr="009C7C6A" w:rsidRDefault="009C7C6A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7C6A">
        <w:rPr>
          <w:rFonts w:ascii="Times New Roman" w:hAnsi="Times New Roman" w:cs="Times New Roman"/>
          <w:b/>
          <w:sz w:val="24"/>
          <w:szCs w:val="24"/>
        </w:rPr>
        <w:t>Članak 6.</w:t>
      </w:r>
    </w:p>
    <w:p w:rsidR="003E4B66" w:rsidRPr="009C7C6A" w:rsidRDefault="009C7C6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C6A">
        <w:rPr>
          <w:rFonts w:ascii="Times New Roman" w:hAnsi="Times New Roman" w:cs="Times New Roman"/>
          <w:sz w:val="24"/>
          <w:szCs w:val="24"/>
        </w:rPr>
        <w:t xml:space="preserve">Sredstva za provedbu ove Odluke osiguravaju se u Proračunu Općine Oriovac za 2026. </w:t>
      </w:r>
      <w:proofErr w:type="gramStart"/>
      <w:r w:rsidRPr="009C7C6A">
        <w:rPr>
          <w:rFonts w:ascii="Times New Roman" w:hAnsi="Times New Roman" w:cs="Times New Roman"/>
          <w:sz w:val="24"/>
          <w:szCs w:val="24"/>
        </w:rPr>
        <w:t>godinu</w:t>
      </w:r>
      <w:proofErr w:type="gramEnd"/>
      <w:r w:rsidRPr="009C7C6A">
        <w:rPr>
          <w:rFonts w:ascii="Times New Roman" w:hAnsi="Times New Roman" w:cs="Times New Roman"/>
          <w:sz w:val="24"/>
          <w:szCs w:val="24"/>
        </w:rPr>
        <w:t>.</w:t>
      </w:r>
    </w:p>
    <w:p w:rsidR="003E4B66" w:rsidRPr="009C7C6A" w:rsidRDefault="009C7C6A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7C6A">
        <w:rPr>
          <w:rFonts w:ascii="Times New Roman" w:hAnsi="Times New Roman" w:cs="Times New Roman"/>
          <w:b/>
          <w:sz w:val="24"/>
          <w:szCs w:val="24"/>
        </w:rPr>
        <w:lastRenderedPageBreak/>
        <w:t>Članak 7.</w:t>
      </w:r>
    </w:p>
    <w:p w:rsidR="003E4B66" w:rsidRDefault="009C7C6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C6A">
        <w:rPr>
          <w:rFonts w:ascii="Times New Roman" w:hAnsi="Times New Roman" w:cs="Times New Roman"/>
          <w:sz w:val="24"/>
          <w:szCs w:val="24"/>
        </w:rPr>
        <w:t xml:space="preserve">Zbog potrebe žurnog osiguranja kontinuiteta sufinanciranja troškova boravka djece s područja Općine Oriovac u Obrtu za čuvanje djece, ova Odluka stupa </w:t>
      </w:r>
      <w:proofErr w:type="gramStart"/>
      <w:r w:rsidRPr="009C7C6A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9C7C6A">
        <w:rPr>
          <w:rFonts w:ascii="Times New Roman" w:hAnsi="Times New Roman" w:cs="Times New Roman"/>
          <w:sz w:val="24"/>
          <w:szCs w:val="24"/>
        </w:rPr>
        <w:t xml:space="preserve"> snagu prvoga dana od dana </w:t>
      </w:r>
      <w:proofErr w:type="spellStart"/>
      <w:r w:rsidRPr="009C7C6A">
        <w:rPr>
          <w:rFonts w:ascii="Times New Roman" w:hAnsi="Times New Roman" w:cs="Times New Roman"/>
          <w:sz w:val="24"/>
          <w:szCs w:val="24"/>
        </w:rPr>
        <w:t>objave</w:t>
      </w:r>
      <w:proofErr w:type="spellEnd"/>
      <w:r w:rsidRPr="009C7C6A">
        <w:rPr>
          <w:rFonts w:ascii="Times New Roman" w:hAnsi="Times New Roman" w:cs="Times New Roman"/>
          <w:sz w:val="24"/>
          <w:szCs w:val="24"/>
        </w:rPr>
        <w:t xml:space="preserve"> u „</w:t>
      </w:r>
      <w:proofErr w:type="spellStart"/>
      <w:r w:rsidRPr="009C7C6A">
        <w:rPr>
          <w:rFonts w:ascii="Times New Roman" w:hAnsi="Times New Roman" w:cs="Times New Roman"/>
          <w:sz w:val="24"/>
          <w:szCs w:val="24"/>
        </w:rPr>
        <w:t>Službenom</w:t>
      </w:r>
      <w:proofErr w:type="spellEnd"/>
      <w:r w:rsidRPr="009C7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C6A">
        <w:rPr>
          <w:rFonts w:ascii="Times New Roman" w:hAnsi="Times New Roman" w:cs="Times New Roman"/>
          <w:sz w:val="24"/>
          <w:szCs w:val="24"/>
        </w:rPr>
        <w:t>vjesniku</w:t>
      </w:r>
      <w:proofErr w:type="spellEnd"/>
      <w:r w:rsidRPr="009C7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C6A">
        <w:rPr>
          <w:rFonts w:ascii="Times New Roman" w:hAnsi="Times New Roman" w:cs="Times New Roman"/>
          <w:sz w:val="24"/>
          <w:szCs w:val="24"/>
        </w:rPr>
        <w:t>Općine</w:t>
      </w:r>
      <w:proofErr w:type="spellEnd"/>
      <w:r w:rsidRPr="009C7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C6A">
        <w:rPr>
          <w:rFonts w:ascii="Times New Roman" w:hAnsi="Times New Roman" w:cs="Times New Roman"/>
          <w:sz w:val="24"/>
          <w:szCs w:val="24"/>
        </w:rPr>
        <w:t>Oriovac</w:t>
      </w:r>
      <w:proofErr w:type="spellEnd"/>
      <w:r w:rsidRPr="009C7C6A">
        <w:rPr>
          <w:rFonts w:ascii="Times New Roman" w:hAnsi="Times New Roman" w:cs="Times New Roman"/>
          <w:sz w:val="24"/>
          <w:szCs w:val="24"/>
        </w:rPr>
        <w:t>“</w:t>
      </w:r>
      <w:r w:rsidR="00DD02A4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="00DD02A4">
        <w:rPr>
          <w:rFonts w:ascii="Times New Roman" w:hAnsi="Times New Roman" w:cs="Times New Roman"/>
          <w:sz w:val="24"/>
          <w:szCs w:val="24"/>
        </w:rPr>
        <w:t>primjenjivat</w:t>
      </w:r>
      <w:proofErr w:type="spellEnd"/>
      <w:r w:rsidR="00DD02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02A4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="00DD02A4">
        <w:rPr>
          <w:rFonts w:ascii="Times New Roman" w:hAnsi="Times New Roman" w:cs="Times New Roman"/>
          <w:sz w:val="24"/>
          <w:szCs w:val="24"/>
        </w:rPr>
        <w:t xml:space="preserve"> se od 1. </w:t>
      </w:r>
      <w:proofErr w:type="spellStart"/>
      <w:r w:rsidR="00DD02A4">
        <w:rPr>
          <w:rFonts w:ascii="Times New Roman" w:hAnsi="Times New Roman" w:cs="Times New Roman"/>
          <w:sz w:val="24"/>
          <w:szCs w:val="24"/>
        </w:rPr>
        <w:t>r</w:t>
      </w:r>
      <w:bookmarkStart w:id="0" w:name="_GoBack"/>
      <w:bookmarkEnd w:id="0"/>
      <w:r w:rsidR="00DD02A4">
        <w:rPr>
          <w:rFonts w:ascii="Times New Roman" w:hAnsi="Times New Roman" w:cs="Times New Roman"/>
          <w:sz w:val="24"/>
          <w:szCs w:val="24"/>
        </w:rPr>
        <w:t>ujna</w:t>
      </w:r>
      <w:proofErr w:type="spellEnd"/>
      <w:r w:rsidR="00DD02A4">
        <w:rPr>
          <w:rFonts w:ascii="Times New Roman" w:hAnsi="Times New Roman" w:cs="Times New Roman"/>
          <w:sz w:val="24"/>
          <w:szCs w:val="24"/>
        </w:rPr>
        <w:t xml:space="preserve"> 2026. </w:t>
      </w:r>
      <w:proofErr w:type="spellStart"/>
      <w:proofErr w:type="gramStart"/>
      <w:r w:rsidR="00DD02A4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Pr="009C7C6A">
        <w:rPr>
          <w:rFonts w:ascii="Times New Roman" w:hAnsi="Times New Roman" w:cs="Times New Roman"/>
          <w:sz w:val="24"/>
          <w:szCs w:val="24"/>
        </w:rPr>
        <w:t>.</w:t>
      </w:r>
    </w:p>
    <w:p w:rsidR="009C7C6A" w:rsidRDefault="009C7C6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7C6A" w:rsidRPr="009C7C6A" w:rsidRDefault="009C7C6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E4B66" w:rsidRPr="009C7C6A" w:rsidRDefault="009C7C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7C6A">
        <w:rPr>
          <w:rFonts w:ascii="Times New Roman" w:hAnsi="Times New Roman" w:cs="Times New Roman"/>
          <w:b/>
          <w:sz w:val="24"/>
          <w:szCs w:val="24"/>
        </w:rPr>
        <w:t>OPĆINSKO VIJEĆE</w:t>
      </w:r>
    </w:p>
    <w:p w:rsidR="003E4B66" w:rsidRPr="009C7C6A" w:rsidRDefault="009C7C6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7C6A">
        <w:rPr>
          <w:rFonts w:ascii="Times New Roman" w:hAnsi="Times New Roman" w:cs="Times New Roman"/>
          <w:b/>
          <w:sz w:val="24"/>
          <w:szCs w:val="24"/>
        </w:rPr>
        <w:t>OPĆINE ORIOVAC</w:t>
      </w:r>
    </w:p>
    <w:p w:rsidR="003E4B66" w:rsidRPr="009C7C6A" w:rsidRDefault="009C7C6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C6A">
        <w:rPr>
          <w:rFonts w:ascii="Times New Roman" w:hAnsi="Times New Roman" w:cs="Times New Roman"/>
          <w:sz w:val="24"/>
          <w:szCs w:val="24"/>
        </w:rPr>
        <w:t>KLASA: __________________________</w:t>
      </w:r>
    </w:p>
    <w:p w:rsidR="003E4B66" w:rsidRPr="009C7C6A" w:rsidRDefault="009C7C6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C6A">
        <w:rPr>
          <w:rFonts w:ascii="Times New Roman" w:hAnsi="Times New Roman" w:cs="Times New Roman"/>
          <w:sz w:val="24"/>
          <w:szCs w:val="24"/>
        </w:rPr>
        <w:t>URBROJ: _________________________</w:t>
      </w:r>
    </w:p>
    <w:p w:rsidR="003E4B66" w:rsidRPr="009C7C6A" w:rsidRDefault="009C7C6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C6A">
        <w:rPr>
          <w:rFonts w:ascii="Times New Roman" w:hAnsi="Times New Roman" w:cs="Times New Roman"/>
          <w:sz w:val="24"/>
          <w:szCs w:val="24"/>
        </w:rPr>
        <w:t xml:space="preserve">Oriovac, __________________ 2026. </w:t>
      </w:r>
      <w:proofErr w:type="gramStart"/>
      <w:r w:rsidRPr="009C7C6A">
        <w:rPr>
          <w:rFonts w:ascii="Times New Roman" w:hAnsi="Times New Roman" w:cs="Times New Roman"/>
          <w:sz w:val="24"/>
          <w:szCs w:val="24"/>
        </w:rPr>
        <w:t>godine</w:t>
      </w:r>
      <w:proofErr w:type="gramEnd"/>
    </w:p>
    <w:p w:rsidR="003E4B66" w:rsidRPr="009C7C6A" w:rsidRDefault="009C7C6A" w:rsidP="009C7C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C7C6A">
        <w:rPr>
          <w:rFonts w:ascii="Times New Roman" w:hAnsi="Times New Roman" w:cs="Times New Roman"/>
          <w:sz w:val="24"/>
          <w:szCs w:val="24"/>
        </w:rPr>
        <w:t>Predsjednik Općinskog vijeća</w:t>
      </w:r>
    </w:p>
    <w:p w:rsidR="003E4B66" w:rsidRPr="009C7C6A" w:rsidRDefault="009C7C6A" w:rsidP="009C7C6A">
      <w:pPr>
        <w:spacing w:after="16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C7C6A">
        <w:rPr>
          <w:rFonts w:ascii="Times New Roman" w:hAnsi="Times New Roman" w:cs="Times New Roman"/>
          <w:sz w:val="24"/>
          <w:szCs w:val="24"/>
        </w:rPr>
        <w:t>Općine Oriovac</w:t>
      </w:r>
    </w:p>
    <w:p w:rsidR="003E4B66" w:rsidRPr="009C7C6A" w:rsidRDefault="009C7C6A" w:rsidP="009C7C6A">
      <w:pPr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C7C6A">
        <w:rPr>
          <w:rFonts w:ascii="Times New Roman" w:hAnsi="Times New Roman" w:cs="Times New Roman"/>
          <w:sz w:val="24"/>
          <w:szCs w:val="24"/>
        </w:rPr>
        <w:t>____________________________</w:t>
      </w:r>
    </w:p>
    <w:sectPr w:rsidR="003E4B66" w:rsidRPr="009C7C6A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03CAA"/>
    <w:rsid w:val="0015074B"/>
    <w:rsid w:val="0029639D"/>
    <w:rsid w:val="00326F90"/>
    <w:rsid w:val="003E4B66"/>
    <w:rsid w:val="009C7C6A"/>
    <w:rsid w:val="00AA1D8D"/>
    <w:rsid w:val="00B47730"/>
    <w:rsid w:val="00CB0664"/>
    <w:rsid w:val="00DD02A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12854377-B6B9-4F78-A9B9-71D645C5F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balonia">
    <w:name w:val="Balloon Text"/>
    <w:basedOn w:val="Normal"/>
    <w:link w:val="TekstbaloniaChar"/>
    <w:uiPriority w:val="99"/>
    <w:semiHidden/>
    <w:unhideWhenUsed/>
    <w:rsid w:val="009C7C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C7C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BABB817-184E-4AD5-A30E-58684E171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472</Words>
  <Characters>2693</Characters>
  <Application>Microsoft Office Word</Application>
  <DocSecurity>0</DocSecurity>
  <Lines>22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3159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Procelnik</cp:lastModifiedBy>
  <cp:revision>4</cp:revision>
  <cp:lastPrinted>2026-09-17T12:37:00Z</cp:lastPrinted>
  <dcterms:created xsi:type="dcterms:W3CDTF">2026-09-17T12:45:00Z</dcterms:created>
  <dcterms:modified xsi:type="dcterms:W3CDTF">2026-09-18T05:55:00Z</dcterms:modified>
  <cp:category/>
</cp:coreProperties>
</file>