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BD6" w:rsidRPr="00034281" w:rsidRDefault="00202567" w:rsidP="00034281">
      <w:pPr>
        <w:spacing w:after="0" w:line="240" w:lineRule="auto"/>
        <w:jc w:val="center"/>
        <w:rPr>
          <w:rFonts w:hint="eastAsia"/>
          <w:lang w:val="hr-HR"/>
        </w:rPr>
      </w:pPr>
      <w:r w:rsidRPr="00034281">
        <w:rPr>
          <w:b/>
          <w:color w:val="17365D"/>
          <w:sz w:val="40"/>
          <w:lang w:val="hr-HR"/>
        </w:rPr>
        <w:t>Sadržaj dokumenta za savjetovanje</w:t>
      </w:r>
    </w:p>
    <w:p w:rsidR="00190BD6" w:rsidRPr="00034281" w:rsidRDefault="009069BE" w:rsidP="00034281">
      <w:pPr>
        <w:spacing w:after="0" w:line="240" w:lineRule="auto"/>
        <w:jc w:val="center"/>
        <w:rPr>
          <w:rFonts w:hint="eastAsia"/>
          <w:color w:val="5B6573"/>
          <w:sz w:val="23"/>
          <w:lang w:val="hr-HR"/>
        </w:rPr>
      </w:pPr>
      <w:r>
        <w:rPr>
          <w:color w:val="5B6573"/>
          <w:sz w:val="23"/>
          <w:lang w:val="hr-HR"/>
        </w:rPr>
        <w:t>O</w:t>
      </w:r>
      <w:r w:rsidR="00034281" w:rsidRPr="00034281">
        <w:rPr>
          <w:color w:val="5B6573"/>
          <w:sz w:val="23"/>
          <w:lang w:val="hr-HR"/>
        </w:rPr>
        <w:t>brazac sadržaja dokumenta</w:t>
      </w:r>
    </w:p>
    <w:p w:rsidR="00242218" w:rsidRPr="00034281" w:rsidRDefault="00242218" w:rsidP="00242218">
      <w:pPr>
        <w:spacing w:after="0"/>
        <w:jc w:val="center"/>
        <w:rPr>
          <w:rFonts w:hint="eastAsia"/>
          <w:lang w:val="hr-HR"/>
        </w:rPr>
      </w:pPr>
    </w:p>
    <w:tbl>
      <w:tblPr>
        <w:tblStyle w:val="Reetkatablice"/>
        <w:tblW w:w="9865" w:type="dxa"/>
        <w:jc w:val="center"/>
        <w:tblLayout w:type="fixed"/>
        <w:tblLook w:val="04A0" w:firstRow="1" w:lastRow="0" w:firstColumn="1" w:lastColumn="0" w:noHBand="0" w:noVBand="1"/>
      </w:tblPr>
      <w:tblGrid>
        <w:gridCol w:w="3722"/>
        <w:gridCol w:w="6143"/>
      </w:tblGrid>
      <w:tr w:rsidR="00190BD6" w:rsidRPr="00C20D39" w:rsidTr="00242218">
        <w:trPr>
          <w:trHeight w:val="25"/>
          <w:tblHeader/>
          <w:jc w:val="center"/>
        </w:trPr>
        <w:tc>
          <w:tcPr>
            <w:tcW w:w="9865" w:type="dxa"/>
            <w:gridSpan w:val="2"/>
            <w:shd w:val="clear" w:color="auto" w:fill="17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C20D39" w:rsidRDefault="00190BD6">
            <w:pPr>
              <w:spacing w:after="0" w:line="252" w:lineRule="auto"/>
              <w:rPr>
                <w:rFonts w:hint="eastAsia"/>
                <w:sz w:val="20"/>
                <w:szCs w:val="20"/>
                <w:lang w:val="hr-HR"/>
              </w:rPr>
            </w:pPr>
          </w:p>
        </w:tc>
      </w:tr>
      <w:tr w:rsidR="00190BD6" w:rsidRPr="00C20D39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C20D39" w:rsidRDefault="00202567">
            <w:pPr>
              <w:spacing w:after="0" w:line="252" w:lineRule="auto"/>
              <w:rPr>
                <w:rFonts w:hint="eastAsia"/>
                <w:sz w:val="20"/>
                <w:szCs w:val="20"/>
                <w:lang w:val="hr-HR"/>
              </w:rPr>
            </w:pPr>
            <w:r w:rsidRPr="00C20D39">
              <w:rPr>
                <w:b/>
                <w:color w:val="17365D"/>
                <w:sz w:val="20"/>
                <w:szCs w:val="20"/>
                <w:lang w:val="hr-HR"/>
              </w:rPr>
              <w:t>Naslov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267FC3" w:rsidRPr="00C20D39" w:rsidRDefault="00267FC3" w:rsidP="00267FC3">
            <w:pPr>
              <w:spacing w:after="0" w:line="252" w:lineRule="auto"/>
              <w:jc w:val="center"/>
              <w:rPr>
                <w:rFonts w:hint="eastAsia"/>
                <w:color w:val="000000"/>
                <w:sz w:val="20"/>
                <w:szCs w:val="20"/>
                <w:lang w:val="hr-HR"/>
              </w:rPr>
            </w:pPr>
            <w:r w:rsidRPr="00C20D39">
              <w:rPr>
                <w:sz w:val="20"/>
                <w:szCs w:val="20"/>
              </w:rPr>
              <w:t>Nacrt prijedloga Odluke o sufinanciranju troškova boravka djece s područja Općine Oriovac u obrtu za čuvanje djece „Sunčica“ Oriovac u 2026. godini</w:t>
            </w:r>
          </w:p>
          <w:p w:rsidR="00190BD6" w:rsidRPr="00C20D39" w:rsidRDefault="00190BD6" w:rsidP="007735E5">
            <w:pPr>
              <w:spacing w:after="0" w:line="252" w:lineRule="auto"/>
              <w:jc w:val="center"/>
              <w:rPr>
                <w:rFonts w:hint="eastAsia"/>
                <w:b/>
                <w:sz w:val="20"/>
                <w:szCs w:val="20"/>
                <w:lang w:val="hr-HR"/>
              </w:rPr>
            </w:pPr>
          </w:p>
        </w:tc>
      </w:tr>
      <w:tr w:rsidR="00190BD6" w:rsidRPr="00C20D39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C20D39" w:rsidRDefault="00202567">
            <w:pPr>
              <w:spacing w:after="0" w:line="252" w:lineRule="auto"/>
              <w:rPr>
                <w:rFonts w:hint="eastAsia"/>
                <w:sz w:val="20"/>
                <w:szCs w:val="20"/>
                <w:lang w:val="hr-HR"/>
              </w:rPr>
            </w:pPr>
            <w:r w:rsidRPr="00C20D39">
              <w:rPr>
                <w:b/>
                <w:color w:val="17365D"/>
                <w:sz w:val="20"/>
                <w:szCs w:val="20"/>
                <w:lang w:val="hr-HR"/>
              </w:rPr>
              <w:t>Stvaratelj dokumenta, tijelo koje provodi savjetovanje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C20D39" w:rsidRDefault="00202567">
            <w:pPr>
              <w:spacing w:after="0" w:line="252" w:lineRule="auto"/>
              <w:rPr>
                <w:rFonts w:hint="eastAsia"/>
                <w:sz w:val="20"/>
                <w:szCs w:val="20"/>
                <w:lang w:val="hr-HR"/>
              </w:rPr>
            </w:pPr>
            <w:r w:rsidRPr="00C20D39">
              <w:rPr>
                <w:color w:val="000000"/>
                <w:sz w:val="20"/>
                <w:szCs w:val="20"/>
                <w:lang w:val="hr-HR"/>
              </w:rPr>
              <w:t>Općina Oriovac</w:t>
            </w:r>
          </w:p>
        </w:tc>
      </w:tr>
      <w:tr w:rsidR="00190BD6" w:rsidRPr="00C20D39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C20D39" w:rsidRDefault="00202567">
            <w:pPr>
              <w:spacing w:after="0" w:line="252" w:lineRule="auto"/>
              <w:rPr>
                <w:rFonts w:hint="eastAsia"/>
                <w:sz w:val="20"/>
                <w:szCs w:val="20"/>
                <w:lang w:val="hr-HR"/>
              </w:rPr>
            </w:pPr>
            <w:r w:rsidRPr="00C20D39">
              <w:rPr>
                <w:b/>
                <w:color w:val="17365D"/>
                <w:sz w:val="20"/>
                <w:szCs w:val="20"/>
                <w:lang w:val="hr-HR"/>
              </w:rPr>
              <w:t>Svrha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C20D39" w:rsidRDefault="00FF0E4A" w:rsidP="003D76B3">
            <w:pPr>
              <w:spacing w:after="0" w:line="240" w:lineRule="auto"/>
              <w:jc w:val="both"/>
              <w:rPr>
                <w:rFonts w:hint="eastAsia"/>
                <w:sz w:val="20"/>
                <w:szCs w:val="20"/>
                <w:lang w:val="hr-HR"/>
              </w:rPr>
            </w:pPr>
            <w:r w:rsidRPr="00C20D39">
              <w:rPr>
                <w:sz w:val="20"/>
                <w:szCs w:val="20"/>
              </w:rPr>
              <w:t>Ovim dokumentom predlaže se donošenje Odluke o sufinanciranju troškova boravka djece s p</w:t>
            </w:r>
            <w:bookmarkStart w:id="0" w:name="_GoBack"/>
            <w:bookmarkEnd w:id="0"/>
            <w:r w:rsidRPr="00C20D39">
              <w:rPr>
                <w:sz w:val="20"/>
                <w:szCs w:val="20"/>
              </w:rPr>
              <w:t>odručja Općine Oriovac u obrtu za čuvanje djece „Sunčica“ Oriovac u 2026. godini (u daljnjem tekstu: Odluka). Svrha Odluke je urediti uvjete, način i visinu sufinanciranja troškova boravka djece za razdoblje od 1. rujna do 31. prosinca 2026. godine te osigurati dostupnost usluge čuvanja djece koja obuhvaća cjelovitu skrb, njegu, zaštitu i podršku djeci. Cijena usluge Obrta za čuvanje djece iznosi 400,00 EUR mjesečno po djetetu, od čega Općina Oriovac sufinancira 240,00 EUR, a roditelji odnosno skrbnici snose 160,00 EUR mjesečno po djetetu.</w:t>
            </w:r>
          </w:p>
        </w:tc>
      </w:tr>
      <w:tr w:rsidR="00190BD6" w:rsidRPr="00C20D39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C20D39" w:rsidRDefault="00202567">
            <w:pPr>
              <w:spacing w:after="0" w:line="252" w:lineRule="auto"/>
              <w:rPr>
                <w:rFonts w:hint="eastAsia"/>
                <w:sz w:val="20"/>
                <w:szCs w:val="20"/>
                <w:lang w:val="hr-HR"/>
              </w:rPr>
            </w:pPr>
            <w:r w:rsidRPr="00C20D39">
              <w:rPr>
                <w:b/>
                <w:color w:val="17365D"/>
                <w:sz w:val="20"/>
                <w:szCs w:val="20"/>
                <w:lang w:val="hr-HR"/>
              </w:rPr>
              <w:t>Datum dokumenta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C20D39" w:rsidRDefault="008D249B" w:rsidP="008D249B">
            <w:pPr>
              <w:spacing w:after="0" w:line="252" w:lineRule="auto"/>
              <w:rPr>
                <w:rFonts w:hint="eastAsia"/>
                <w:sz w:val="20"/>
                <w:szCs w:val="20"/>
                <w:lang w:val="hr-HR"/>
              </w:rPr>
            </w:pPr>
            <w:r w:rsidRPr="00C20D39">
              <w:rPr>
                <w:sz w:val="20"/>
                <w:szCs w:val="20"/>
              </w:rPr>
              <w:t>27. kolovoza 2026. godine</w:t>
            </w:r>
          </w:p>
        </w:tc>
      </w:tr>
    </w:tbl>
    <w:p w:rsidR="00242218" w:rsidRPr="00C20D39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C20D39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C20D39">
        <w:rPr>
          <w:b/>
          <w:color w:val="17365D"/>
          <w:sz w:val="20"/>
          <w:szCs w:val="20"/>
          <w:lang w:val="hr-HR"/>
        </w:rPr>
        <w:t>Opis teme, prijedloga ili problema o kojemu se provodi savjetovanje</w:t>
      </w:r>
    </w:p>
    <w:p w:rsidR="00242218" w:rsidRPr="00C20D39" w:rsidRDefault="00267FC3" w:rsidP="00267FC3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C20D39">
        <w:rPr>
          <w:sz w:val="20"/>
          <w:szCs w:val="20"/>
        </w:rPr>
        <w:t>Savjetovanje se provodi o Nacrtu prijedloga Odluke o sufinanciranju troškova boravka djece s područja Općine Oriovac u obrtu za čuvanje djece „Sunčica“ Oriovac u 2026. godini. Obrt za čuvanje djece „Sunčica“ Oriovac, vl. Mira Čuljat, započeo je s radom 1. rujna 2026. godine. Predloženom Odlukom uređuje se sufinanciranje za razdoblje od 1. rujna do 31. prosinca 2026. godine radi osiguravanja dostupnosti usluge čuvanja djece s područja Općine Oriovac, koja obuhvaća cjelovitu skrb, njegu, zaštitu i podršku djeci. Cijena usluge iznosi 400,00 EUR mjesečno po djetetu, a Općina Oriovac sufinancira 240,00 EUR mjesečno po djetetu. Pravo na sufinanciranje ostvaruje se pod uvjetom da dijete i oba roditelja odnosno skrbnika imaju prebivalište na području Općine Oriovac. Iznimno, ako dijete živi samo s jednim roditeljem odnosno skrbnikom, uvjet prebivališta moraju ispunjavati dijete i roditelj odnosno skrbnik s kojim dijete živi. Roditelj odnosno skrbnik mora imati sklopljen ugovor s Obrtom za čuvanje djece o korištenju usluge.</w:t>
      </w:r>
    </w:p>
    <w:p w:rsidR="00267FC3" w:rsidRPr="00C20D39" w:rsidRDefault="00267FC3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C20D39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C20D39">
        <w:rPr>
          <w:b/>
          <w:color w:val="17365D"/>
          <w:sz w:val="20"/>
          <w:szCs w:val="20"/>
          <w:lang w:val="hr-HR"/>
        </w:rPr>
        <w:t>Svrha savjetovanja i cilj koji bi se prijedlogom želio postići</w:t>
      </w:r>
    </w:p>
    <w:p w:rsidR="00242218" w:rsidRPr="00C20D39" w:rsidRDefault="00267FC3" w:rsidP="008D249B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C20D39">
        <w:rPr>
          <w:sz w:val="20"/>
          <w:szCs w:val="20"/>
        </w:rPr>
        <w:t>Cilj savjetovanja jest upoznati zainteresiranu javnost s Nacrtom prijedloga Odluke te prikupiti mišljenja, primjedbe i prijedloge zainteresirane javnosti prije donošenja Odluke na Općinskom vijeću Općine Oriovac.</w:t>
      </w:r>
    </w:p>
    <w:p w:rsidR="00267FC3" w:rsidRPr="00C20D39" w:rsidRDefault="00267FC3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C20D39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C20D39">
        <w:rPr>
          <w:b/>
          <w:color w:val="17365D"/>
          <w:sz w:val="20"/>
          <w:szCs w:val="20"/>
          <w:lang w:val="hr-HR"/>
        </w:rPr>
        <w:t>Metoda savjetovanja</w:t>
      </w:r>
    </w:p>
    <w:p w:rsidR="00190BD6" w:rsidRPr="00C20D39" w:rsidRDefault="00202567" w:rsidP="008D249B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C20D39">
        <w:rPr>
          <w:sz w:val="20"/>
          <w:szCs w:val="20"/>
        </w:rPr>
        <w:t>Savjetovanje se provodi javnom objavom Nacrta prijedloga Odluke na službenoj internetskoj stranici Općine Oriovac, uz obrazac za sudjelovanje u savjetovanju.</w:t>
      </w:r>
    </w:p>
    <w:p w:rsidR="00242218" w:rsidRPr="00C20D39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C20D39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C20D39">
        <w:rPr>
          <w:b/>
          <w:color w:val="17365D"/>
          <w:sz w:val="20"/>
          <w:szCs w:val="20"/>
          <w:lang w:val="hr-HR"/>
        </w:rPr>
        <w:t>Rok zaprimanja odgovora i način na koji će biti pružena povratna informacija</w:t>
      </w:r>
    </w:p>
    <w:p w:rsidR="00190BD6" w:rsidRPr="00C20D39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C20D39">
        <w:rPr>
          <w:sz w:val="20"/>
          <w:szCs w:val="20"/>
        </w:rPr>
        <w:t>Savjetovanje je otvoreno od 27. kolovoza 2026. godine do 25. rujna 2026. godine. Povratne informacije bit će pružene putem Izvješća o provedenom savjetovanju koje će se po zaključenju savjetovanja objaviti na službenoj internetskoj stranici Općine Oriovac kao prilog savjetovanju.</w:t>
      </w:r>
    </w:p>
    <w:p w:rsidR="00242218" w:rsidRPr="00C20D39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C20D39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C20D39">
        <w:rPr>
          <w:b/>
          <w:color w:val="17365D"/>
          <w:sz w:val="20"/>
          <w:szCs w:val="20"/>
          <w:lang w:val="hr-HR"/>
        </w:rPr>
        <w:t>Dodatni upiti</w:t>
      </w:r>
    </w:p>
    <w:p w:rsidR="00190BD6" w:rsidRPr="00C20D39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C20D39">
        <w:rPr>
          <w:color w:val="000000"/>
          <w:sz w:val="20"/>
          <w:szCs w:val="20"/>
          <w:lang w:val="hr-HR"/>
        </w:rPr>
        <w:t>Za sve dodatne upite sudionici savj</w:t>
      </w:r>
      <w:r w:rsidR="00034281" w:rsidRPr="00C20D39">
        <w:rPr>
          <w:color w:val="000000"/>
          <w:sz w:val="20"/>
          <w:szCs w:val="20"/>
          <w:lang w:val="hr-HR"/>
        </w:rPr>
        <w:t>etovanja mogu se obratiti pismeno</w:t>
      </w:r>
      <w:r w:rsidRPr="00C20D39">
        <w:rPr>
          <w:color w:val="000000"/>
          <w:sz w:val="20"/>
          <w:szCs w:val="20"/>
          <w:lang w:val="hr-HR"/>
        </w:rPr>
        <w:t xml:space="preserve"> na adresu Općine Oriovac, Trg hrvatskog preporoda 1, 35250 Oriovac, ili elektroničkom poštom na adresu: </w:t>
      </w:r>
      <w:hyperlink r:id="rId8" w:history="1">
        <w:r w:rsidR="008D249B" w:rsidRPr="00C20D39">
          <w:rPr>
            <w:rStyle w:val="Hiperveza"/>
            <w:sz w:val="20"/>
            <w:szCs w:val="20"/>
            <w:lang w:val="hr-HR"/>
          </w:rPr>
          <w:t>opcinaoriovac@gmail.com</w:t>
        </w:r>
      </w:hyperlink>
      <w:r w:rsidR="008D249B" w:rsidRPr="00C20D39">
        <w:rPr>
          <w:color w:val="000000"/>
          <w:sz w:val="20"/>
          <w:szCs w:val="20"/>
          <w:lang w:val="hr-HR"/>
        </w:rPr>
        <w:t>.</w:t>
      </w:r>
    </w:p>
    <w:p w:rsidR="00242218" w:rsidRPr="00C20D39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C20D39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C20D39">
        <w:rPr>
          <w:b/>
          <w:color w:val="17365D"/>
          <w:sz w:val="20"/>
          <w:szCs w:val="20"/>
          <w:lang w:val="hr-HR"/>
        </w:rPr>
        <w:t>Zahtjev onima koji sudjeluju u savjetovanju</w:t>
      </w:r>
    </w:p>
    <w:p w:rsidR="00190BD6" w:rsidRPr="00C20D39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C20D39">
        <w:rPr>
          <w:color w:val="000000"/>
          <w:sz w:val="20"/>
          <w:szCs w:val="20"/>
          <w:lang w:val="hr-HR"/>
        </w:rPr>
        <w:t>Molimo sudionike u savjetovanju da navedu svoje ime i prezime, u čije ime daju mišljenje odnosno koga predstavljaju te jesu li koga posebno dodatno konzultirali. Sukladno propisima o zaštiti osobnih podataka, navedeni podaci bit će javno objavljeni samo uz privolu sudionika.</w:t>
      </w:r>
    </w:p>
    <w:p w:rsidR="00242218" w:rsidRPr="00C20D39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C20D39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C20D39">
        <w:rPr>
          <w:b/>
          <w:color w:val="17365D"/>
          <w:sz w:val="20"/>
          <w:szCs w:val="20"/>
          <w:lang w:val="hr-HR"/>
        </w:rPr>
        <w:t>Dostupnost odgovora</w:t>
      </w:r>
    </w:p>
    <w:p w:rsidR="00190BD6" w:rsidRPr="00C20D39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C20D39">
        <w:rPr>
          <w:color w:val="000000"/>
          <w:sz w:val="20"/>
          <w:szCs w:val="20"/>
          <w:lang w:val="hr-HR"/>
        </w:rPr>
        <w:t>Odgovori će biti objavljeni u Izvješću o provedenom savjetovanju na službenoj internetskoj stranici Općine Oriovac, osim ako je sudionik zatražio povjerljivost podataka.</w:t>
      </w:r>
    </w:p>
    <w:p w:rsidR="00242218" w:rsidRPr="00C20D39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C20D39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C20D39">
        <w:rPr>
          <w:b/>
          <w:color w:val="17365D"/>
          <w:sz w:val="20"/>
          <w:szCs w:val="20"/>
          <w:lang w:val="hr-HR"/>
        </w:rPr>
        <w:t>Povratna informacija o savjetovanju</w:t>
      </w:r>
    </w:p>
    <w:p w:rsidR="00190BD6" w:rsidRPr="00C20D39" w:rsidRDefault="00202567" w:rsidP="00034281">
      <w:pPr>
        <w:spacing w:after="60" w:line="264" w:lineRule="auto"/>
        <w:jc w:val="both"/>
        <w:rPr>
          <w:rFonts w:hint="eastAsia"/>
          <w:sz w:val="20"/>
          <w:szCs w:val="20"/>
          <w:lang w:val="hr-HR"/>
        </w:rPr>
      </w:pPr>
      <w:r w:rsidRPr="00C20D39">
        <w:rPr>
          <w:color w:val="000000"/>
          <w:sz w:val="20"/>
          <w:szCs w:val="20"/>
          <w:lang w:val="hr-HR"/>
        </w:rPr>
        <w:t>Pozivaju se sudionici savjetovanja na dostavu povratnih informacija o samom procesu savjetovanja te prijedloga za poboljšanje savjetovanja u budućnosti.</w:t>
      </w:r>
    </w:p>
    <w:sectPr w:rsidR="00190BD6" w:rsidRPr="00C20D39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2C8" w:rsidRDefault="006B72C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6B72C8" w:rsidRDefault="006B72C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BD6" w:rsidRDefault="00202567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Sadržaj dokumenta za savjetovanje  |  Stranica </w:t>
    </w:r>
    <w:r>
      <w:fldChar w:fldCharType="begin"/>
    </w:r>
    <w:r>
      <w:instrText>PAGE</w:instrText>
    </w:r>
    <w:r>
      <w:fldChar w:fldCharType="separate"/>
    </w:r>
    <w:r w:rsidR="00C20D39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2C8" w:rsidRDefault="006B72C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6B72C8" w:rsidRDefault="006B72C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18" w:rsidRPr="00242218" w:rsidRDefault="00242218" w:rsidP="00242218">
    <w:pPr>
      <w:spacing w:before="160"/>
      <w:rPr>
        <w:rFonts w:hint="eastAsia"/>
        <w:b/>
        <w:color w:val="9E2A2B"/>
        <w:sz w:val="18"/>
      </w:rPr>
    </w:pPr>
    <w:r>
      <w:rPr>
        <w:b/>
        <w:color w:val="9E2A2B"/>
        <w:sz w:val="18"/>
      </w:rPr>
      <w:t>SAVJETOVANJE SA ZAINTERESIRANOM JAVNOŠĆU</w:t>
    </w:r>
  </w:p>
  <w:p w:rsidR="00242218" w:rsidRDefault="00242218">
    <w:pPr>
      <w:pStyle w:val="Zaglavlje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FF3AC6"/>
    <w:multiLevelType w:val="hybridMultilevel"/>
    <w:tmpl w:val="3EE2C714"/>
    <w:lvl w:ilvl="0" w:tplc="88467502">
      <w:start w:val="2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281"/>
    <w:rsid w:val="00034616"/>
    <w:rsid w:val="0006063C"/>
    <w:rsid w:val="001138C3"/>
    <w:rsid w:val="0015074B"/>
    <w:rsid w:val="00190BD6"/>
    <w:rsid w:val="001A4C2C"/>
    <w:rsid w:val="001D0CBB"/>
    <w:rsid w:val="00202567"/>
    <w:rsid w:val="00213297"/>
    <w:rsid w:val="00242218"/>
    <w:rsid w:val="00267FC3"/>
    <w:rsid w:val="0029639D"/>
    <w:rsid w:val="002C6E83"/>
    <w:rsid w:val="00326F90"/>
    <w:rsid w:val="00346B8E"/>
    <w:rsid w:val="003C3348"/>
    <w:rsid w:val="003D76B3"/>
    <w:rsid w:val="00461729"/>
    <w:rsid w:val="005B26D8"/>
    <w:rsid w:val="006B72C8"/>
    <w:rsid w:val="007735E5"/>
    <w:rsid w:val="0084027C"/>
    <w:rsid w:val="008C2281"/>
    <w:rsid w:val="008D249B"/>
    <w:rsid w:val="00904403"/>
    <w:rsid w:val="009069BE"/>
    <w:rsid w:val="00A8062E"/>
    <w:rsid w:val="00AA1D8D"/>
    <w:rsid w:val="00AA5BD4"/>
    <w:rsid w:val="00AD294C"/>
    <w:rsid w:val="00AF0C0E"/>
    <w:rsid w:val="00B158AF"/>
    <w:rsid w:val="00B47730"/>
    <w:rsid w:val="00C20D39"/>
    <w:rsid w:val="00C2733B"/>
    <w:rsid w:val="00C356E5"/>
    <w:rsid w:val="00C64879"/>
    <w:rsid w:val="00CB0664"/>
    <w:rsid w:val="00DE33D8"/>
    <w:rsid w:val="00FC693F"/>
    <w:rsid w:val="00FF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CDFF79D-DCB9-45DB-9914-E47BABA1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034281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03428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3428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34281"/>
    <w:rPr>
      <w:rFonts w:ascii="Aptos" w:hAnsi="Aptos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3428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34281"/>
    <w:rPr>
      <w:rFonts w:ascii="Aptos" w:hAnsi="Aptos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3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4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oriova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0933FC-1AAF-4D2E-B394-BD290ECA4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20</cp:revision>
  <cp:lastPrinted>2026-09-11T06:12:00Z</cp:lastPrinted>
  <dcterms:created xsi:type="dcterms:W3CDTF">2013-12-23T23:15:00Z</dcterms:created>
  <dcterms:modified xsi:type="dcterms:W3CDTF">2026-09-18T05:58:00Z</dcterms:modified>
  <cp:category/>
</cp:coreProperties>
</file>